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1AFE" w14:textId="6C337F53" w:rsidR="002E2D66" w:rsidRDefault="002E2D66" w:rsidP="00A338A8">
      <w:pPr>
        <w:jc w:val="center"/>
        <w:rPr>
          <w:b/>
          <w:sz w:val="36"/>
          <w:lang w:val="ru-RU"/>
        </w:rPr>
      </w:pPr>
      <w:r>
        <w:rPr>
          <w:b/>
          <w:noProof/>
          <w:sz w:val="36"/>
          <w:lang w:val="ru-RU"/>
        </w:rPr>
        <w:drawing>
          <wp:anchor distT="0" distB="0" distL="114300" distR="114300" simplePos="0" relativeHeight="251658240" behindDoc="1" locked="0" layoutInCell="1" allowOverlap="1" wp14:anchorId="7060D0DA" wp14:editId="0EA88161">
            <wp:simplePos x="0" y="0"/>
            <wp:positionH relativeFrom="margin">
              <wp:align>left</wp:align>
            </wp:positionH>
            <wp:positionV relativeFrom="paragraph">
              <wp:posOffset>-482540</wp:posOffset>
            </wp:positionV>
            <wp:extent cx="1981181" cy="1034080"/>
            <wp:effectExtent l="0" t="0" r="635" b="0"/>
            <wp:wrapNone/>
            <wp:docPr id="5882305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230569" name="Рисунок 5882305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1181" cy="103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3F661" w14:textId="023FFF58" w:rsidR="00B4178D" w:rsidRPr="00B4178D" w:rsidRDefault="00000000" w:rsidP="00A338A8">
      <w:pPr>
        <w:jc w:val="center"/>
        <w:rPr>
          <w:lang w:val="ru-RU"/>
        </w:rPr>
      </w:pPr>
      <w:r w:rsidRPr="00B4178D">
        <w:rPr>
          <w:b/>
          <w:sz w:val="36"/>
          <w:lang w:val="ru-RU"/>
        </w:rPr>
        <w:t xml:space="preserve">БРИФ НА ЗАСТРОЙКУ ВЫСТАВОЧНОГО СТЕНДА </w:t>
      </w:r>
    </w:p>
    <w:p w14:paraId="3E5FC832" w14:textId="0D096183" w:rsidR="00A338A8" w:rsidRDefault="00763145">
      <w:pPr>
        <w:rPr>
          <w:b/>
          <w:sz w:val="26"/>
          <w:lang w:val="ru-RU"/>
        </w:rPr>
      </w:pPr>
      <w:r w:rsidRPr="00763145">
        <w:rPr>
          <w:b/>
          <w:sz w:val="26"/>
          <w:lang w:val="ru-RU"/>
        </w:rPr>
        <w:t xml:space="preserve">Документ заполняет Заказчик. Мы делаем не просто застройку, а решение “стенд + </w:t>
      </w:r>
      <w:r w:rsidR="00495DF0">
        <w:rPr>
          <w:b/>
          <w:sz w:val="26"/>
          <w:lang w:val="ru-RU"/>
        </w:rPr>
        <w:t>обслуживание</w:t>
      </w:r>
      <w:r w:rsidRPr="00763145">
        <w:rPr>
          <w:b/>
          <w:sz w:val="26"/>
          <w:lang w:val="ru-RU"/>
        </w:rPr>
        <w:t xml:space="preserve"> стенда”: концепция, дизайн, смета, КД, монтаж/демонтаж и при необходимости — сопровождение на площадке (координация, </w:t>
      </w:r>
      <w:r w:rsidR="006A3159" w:rsidRPr="00763145">
        <w:rPr>
          <w:b/>
          <w:sz w:val="26"/>
          <w:lang w:val="ru-RU"/>
        </w:rPr>
        <w:t>тех дежурство</w:t>
      </w:r>
      <w:r w:rsidRPr="00763145">
        <w:rPr>
          <w:b/>
          <w:sz w:val="26"/>
          <w:lang w:val="ru-RU"/>
        </w:rPr>
        <w:t>,</w:t>
      </w:r>
      <w:r w:rsidR="00205F16">
        <w:rPr>
          <w:b/>
          <w:sz w:val="26"/>
          <w:lang w:val="ru-RU"/>
        </w:rPr>
        <w:t xml:space="preserve"> </w:t>
      </w:r>
      <w:r w:rsidR="006A3159">
        <w:rPr>
          <w:b/>
          <w:sz w:val="26"/>
          <w:lang w:val="ru-RU"/>
        </w:rPr>
        <w:t>кейтеринг</w:t>
      </w:r>
      <w:r w:rsidR="00205F16">
        <w:rPr>
          <w:b/>
          <w:sz w:val="26"/>
          <w:lang w:val="ru-RU"/>
        </w:rPr>
        <w:t>,</w:t>
      </w:r>
      <w:r w:rsidRPr="00763145">
        <w:rPr>
          <w:b/>
          <w:sz w:val="26"/>
          <w:lang w:val="ru-RU"/>
        </w:rPr>
        <w:t xml:space="preserve"> промо/хостес, контроль активностей</w:t>
      </w:r>
      <w:r w:rsidR="00495DF0">
        <w:rPr>
          <w:b/>
          <w:sz w:val="26"/>
          <w:lang w:val="ru-RU"/>
        </w:rPr>
        <w:t xml:space="preserve"> и </w:t>
      </w:r>
      <w:proofErr w:type="spellStart"/>
      <w:r w:rsidR="00495DF0">
        <w:rPr>
          <w:b/>
          <w:sz w:val="26"/>
          <w:lang w:val="ru-RU"/>
        </w:rPr>
        <w:t>т.д</w:t>
      </w:r>
      <w:proofErr w:type="spellEnd"/>
      <w:r w:rsidRPr="00763145">
        <w:rPr>
          <w:b/>
          <w:sz w:val="26"/>
          <w:lang w:val="ru-RU"/>
        </w:rPr>
        <w:t xml:space="preserve">). </w:t>
      </w:r>
    </w:p>
    <w:p w14:paraId="7B9001A6" w14:textId="77777777" w:rsidR="00763145" w:rsidRPr="00763145" w:rsidRDefault="00205F16">
      <w:pPr>
        <w:rPr>
          <w:b/>
          <w:sz w:val="26"/>
          <w:lang w:val="ru-RU"/>
        </w:rPr>
      </w:pPr>
      <w:r>
        <w:rPr>
          <w:b/>
          <w:sz w:val="26"/>
          <w:lang w:val="ru-RU"/>
        </w:rPr>
        <w:t>ВАЖНО</w:t>
      </w:r>
      <w:r w:rsidR="00763145" w:rsidRPr="00763145">
        <w:rPr>
          <w:b/>
          <w:sz w:val="26"/>
          <w:lang w:val="ru-RU"/>
        </w:rPr>
        <w:t xml:space="preserve"> заполнить раздел про ивент-программу: от неё зависят требования к </w:t>
      </w:r>
      <w:r w:rsidR="00763145" w:rsidRPr="00763145">
        <w:rPr>
          <w:b/>
          <w:sz w:val="26"/>
        </w:rPr>
        <w:t>AV</w:t>
      </w:r>
      <w:r w:rsidR="00A338A8">
        <w:rPr>
          <w:b/>
          <w:sz w:val="26"/>
          <w:lang w:val="ru-RU"/>
        </w:rPr>
        <w:t xml:space="preserve"> и </w:t>
      </w:r>
      <w:r w:rsidR="00763145" w:rsidRPr="00763145">
        <w:rPr>
          <w:b/>
          <w:sz w:val="26"/>
          <w:lang w:val="ru-RU"/>
        </w:rPr>
        <w:t>электрике.</w:t>
      </w:r>
    </w:p>
    <w:p w14:paraId="5E9C3530" w14:textId="77777777" w:rsidR="00763145" w:rsidRPr="00A338A8" w:rsidRDefault="00A338A8">
      <w:pPr>
        <w:rPr>
          <w:i/>
          <w:lang w:val="ru-RU"/>
        </w:rPr>
      </w:pPr>
      <w:r w:rsidRPr="00B4178D">
        <w:rPr>
          <w:i/>
          <w:lang w:val="ru-RU"/>
        </w:rPr>
        <w:t>Правило: если информации нет — пишите «</w:t>
      </w:r>
      <w:r>
        <w:rPr>
          <w:i/>
        </w:rPr>
        <w:t>TBD</w:t>
      </w:r>
      <w:r w:rsidRPr="00B4178D">
        <w:rPr>
          <w:i/>
          <w:lang w:val="ru-RU"/>
        </w:rPr>
        <w:t>»</w:t>
      </w:r>
      <w:r>
        <w:rPr>
          <w:i/>
          <w:lang w:val="ru-RU"/>
        </w:rPr>
        <w:t xml:space="preserve"> (</w:t>
      </w:r>
      <w:r w:rsidRPr="00B4178D">
        <w:rPr>
          <w:i/>
          <w:lang w:val="ru-RU"/>
        </w:rPr>
        <w:t>пока неизвестно / будет уточнено</w:t>
      </w:r>
      <w:r>
        <w:rPr>
          <w:i/>
          <w:lang w:val="ru-RU"/>
        </w:rPr>
        <w:t>)</w:t>
      </w:r>
      <w:r w:rsidRPr="00B4178D">
        <w:rPr>
          <w:i/>
          <w:lang w:val="ru-RU"/>
        </w:rPr>
        <w:t>.</w:t>
      </w:r>
      <w:r>
        <w:rPr>
          <w:i/>
          <w:lang w:val="ru-RU"/>
        </w:rPr>
        <w:t xml:space="preserve"> </w:t>
      </w:r>
      <w:r w:rsidRPr="00B4178D">
        <w:rPr>
          <w:i/>
          <w:lang w:val="ru-RU"/>
        </w:rPr>
        <w:t>Если есть файлы/ссылки — прикладывайте (регламент, план стенда, брендбук, фото экспонатов и т.д.).</w:t>
      </w:r>
    </w:p>
    <w:p w14:paraId="29B16441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1. Компания</w:t>
      </w:r>
      <w:r w:rsidR="00B4178D">
        <w:rPr>
          <w:b/>
          <w:sz w:val="26"/>
          <w:lang w:val="ru-RU"/>
        </w:rPr>
        <w:t>, контакты, согласование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9"/>
        <w:gridCol w:w="3132"/>
        <w:gridCol w:w="3310"/>
        <w:gridCol w:w="2851"/>
      </w:tblGrid>
      <w:tr w:rsidR="00181F75" w:rsidRPr="00B4178D" w14:paraId="099958E0" w14:textId="77777777" w:rsidTr="00B4178D">
        <w:tc>
          <w:tcPr>
            <w:tcW w:w="679" w:type="dxa"/>
          </w:tcPr>
          <w:p w14:paraId="155FE815" w14:textId="77777777" w:rsidR="00181F75" w:rsidRDefault="00000000">
            <w:r>
              <w:t>№</w:t>
            </w:r>
          </w:p>
        </w:tc>
        <w:tc>
          <w:tcPr>
            <w:tcW w:w="3173" w:type="dxa"/>
          </w:tcPr>
          <w:p w14:paraId="1B5738A2" w14:textId="77777777" w:rsidR="00181F75" w:rsidRDefault="00000000">
            <w:r>
              <w:t>Вопрос / параметр</w:t>
            </w:r>
          </w:p>
        </w:tc>
        <w:tc>
          <w:tcPr>
            <w:tcW w:w="3395" w:type="dxa"/>
          </w:tcPr>
          <w:p w14:paraId="7C2471DE" w14:textId="77777777" w:rsidR="00181F75" w:rsidRDefault="00B4178D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41" w:type="dxa"/>
          </w:tcPr>
          <w:p w14:paraId="1D315BBE" w14:textId="77777777" w:rsidR="00181F75" w:rsidRPr="00B4178D" w:rsidRDefault="00B4178D">
            <w:pPr>
              <w:rPr>
                <w:lang w:val="ru-RU"/>
              </w:rPr>
            </w:pPr>
            <w:r>
              <w:rPr>
                <w:lang w:val="ru-RU"/>
              </w:rPr>
              <w:t xml:space="preserve">Ответ </w:t>
            </w:r>
            <w:r w:rsidRPr="00B4178D">
              <w:rPr>
                <w:lang w:val="ru-RU"/>
              </w:rPr>
              <w:t xml:space="preserve">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15807DD5" w14:textId="77777777" w:rsidTr="00B4178D">
        <w:tc>
          <w:tcPr>
            <w:tcW w:w="679" w:type="dxa"/>
          </w:tcPr>
          <w:p w14:paraId="5AF33C7A" w14:textId="77777777" w:rsidR="005D4E19" w:rsidRDefault="00000000">
            <w:r>
              <w:t>1</w:t>
            </w:r>
          </w:p>
        </w:tc>
        <w:tc>
          <w:tcPr>
            <w:tcW w:w="3173" w:type="dxa"/>
          </w:tcPr>
          <w:p w14:paraId="4063E984" w14:textId="77777777" w:rsidR="00181F75" w:rsidRDefault="00000000">
            <w:r>
              <w:t>Юр. наименование организации</w:t>
            </w:r>
          </w:p>
        </w:tc>
        <w:tc>
          <w:tcPr>
            <w:tcW w:w="3395" w:type="dxa"/>
          </w:tcPr>
          <w:p w14:paraId="54023495" w14:textId="77777777" w:rsidR="00181F75" w:rsidRDefault="00181F75"/>
        </w:tc>
        <w:tc>
          <w:tcPr>
            <w:tcW w:w="2941" w:type="dxa"/>
          </w:tcPr>
          <w:p w14:paraId="73A82AD7" w14:textId="77777777" w:rsidR="00181F75" w:rsidRDefault="00181F75"/>
        </w:tc>
      </w:tr>
      <w:tr w:rsidR="00181F75" w:rsidRPr="002E2D66" w14:paraId="0465FF44" w14:textId="77777777" w:rsidTr="00B4178D">
        <w:tc>
          <w:tcPr>
            <w:tcW w:w="679" w:type="dxa"/>
          </w:tcPr>
          <w:p w14:paraId="7D681470" w14:textId="77777777" w:rsidR="005D4E19" w:rsidRDefault="00000000">
            <w:r>
              <w:t>2</w:t>
            </w:r>
          </w:p>
        </w:tc>
        <w:tc>
          <w:tcPr>
            <w:tcW w:w="3173" w:type="dxa"/>
          </w:tcPr>
          <w:p w14:paraId="1CE51882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Отдел/направление, которое участвует в выставке</w:t>
            </w:r>
          </w:p>
        </w:tc>
        <w:tc>
          <w:tcPr>
            <w:tcW w:w="3395" w:type="dxa"/>
          </w:tcPr>
          <w:p w14:paraId="1BE9E49B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Маркетинг / продажи / </w:t>
            </w:r>
            <w:r>
              <w:t>HR</w:t>
            </w:r>
            <w:r w:rsidRPr="00B4178D">
              <w:rPr>
                <w:lang w:val="ru-RU"/>
              </w:rPr>
              <w:t xml:space="preserve"> / продукт / другое</w:t>
            </w:r>
          </w:p>
        </w:tc>
        <w:tc>
          <w:tcPr>
            <w:tcW w:w="2941" w:type="dxa"/>
          </w:tcPr>
          <w:p w14:paraId="76F3DCAE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513B93D8" w14:textId="77777777" w:rsidTr="00B4178D">
        <w:tc>
          <w:tcPr>
            <w:tcW w:w="679" w:type="dxa"/>
          </w:tcPr>
          <w:p w14:paraId="57FE9783" w14:textId="77777777" w:rsidR="005D4E19" w:rsidRDefault="00000000">
            <w:r>
              <w:t>3</w:t>
            </w:r>
          </w:p>
        </w:tc>
        <w:tc>
          <w:tcPr>
            <w:tcW w:w="3173" w:type="dxa"/>
          </w:tcPr>
          <w:p w14:paraId="5D076530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Контактное лицо по проекту (ФИО, должность)</w:t>
            </w:r>
          </w:p>
        </w:tc>
        <w:tc>
          <w:tcPr>
            <w:tcW w:w="3395" w:type="dxa"/>
          </w:tcPr>
          <w:p w14:paraId="7FC1D227" w14:textId="77777777" w:rsidR="00181F75" w:rsidRPr="00B4178D" w:rsidRDefault="00181F75">
            <w:pPr>
              <w:rPr>
                <w:lang w:val="ru-RU"/>
              </w:rPr>
            </w:pPr>
          </w:p>
        </w:tc>
        <w:tc>
          <w:tcPr>
            <w:tcW w:w="2941" w:type="dxa"/>
          </w:tcPr>
          <w:p w14:paraId="49A81BB4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3D62B57B" w14:textId="77777777" w:rsidTr="00B4178D">
        <w:tc>
          <w:tcPr>
            <w:tcW w:w="679" w:type="dxa"/>
          </w:tcPr>
          <w:p w14:paraId="75A39BEF" w14:textId="77777777" w:rsidR="005D4E19" w:rsidRDefault="00000000">
            <w:r>
              <w:t>4</w:t>
            </w:r>
          </w:p>
        </w:tc>
        <w:tc>
          <w:tcPr>
            <w:tcW w:w="3173" w:type="dxa"/>
          </w:tcPr>
          <w:p w14:paraId="20A21131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 ли тендер/конкурс подрядчиков?</w:t>
            </w:r>
          </w:p>
        </w:tc>
        <w:tc>
          <w:tcPr>
            <w:tcW w:w="3395" w:type="dxa"/>
          </w:tcPr>
          <w:p w14:paraId="047A57E6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☐ </w:t>
            </w:r>
            <w:proofErr w:type="gramStart"/>
            <w:r w:rsidRPr="00B4178D">
              <w:rPr>
                <w:lang w:val="ru-RU"/>
              </w:rPr>
              <w:t>Нет  ☐</w:t>
            </w:r>
            <w:proofErr w:type="gramEnd"/>
            <w:r w:rsidRPr="00B4178D">
              <w:rPr>
                <w:lang w:val="ru-RU"/>
              </w:rPr>
              <w:t xml:space="preserve"> Да. Кол-во участников: __</w:t>
            </w:r>
            <w:proofErr w:type="gramStart"/>
            <w:r w:rsidRPr="00B4178D">
              <w:rPr>
                <w:lang w:val="ru-RU"/>
              </w:rPr>
              <w:t>_  Критерии</w:t>
            </w:r>
            <w:proofErr w:type="gramEnd"/>
            <w:r w:rsidRPr="00B4178D">
              <w:rPr>
                <w:lang w:val="ru-RU"/>
              </w:rPr>
              <w:t xml:space="preserve"> выбора: ________</w:t>
            </w:r>
          </w:p>
        </w:tc>
        <w:tc>
          <w:tcPr>
            <w:tcW w:w="2941" w:type="dxa"/>
          </w:tcPr>
          <w:p w14:paraId="648AD6E3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0ED9028F" w14:textId="77777777" w:rsidR="00A338A8" w:rsidRDefault="00A338A8">
      <w:pPr>
        <w:rPr>
          <w:b/>
          <w:sz w:val="26"/>
          <w:lang w:val="ru-RU"/>
        </w:rPr>
      </w:pPr>
    </w:p>
    <w:p w14:paraId="3643D761" w14:textId="77777777" w:rsidR="00181F75" w:rsidRDefault="00000000">
      <w:proofErr w:type="spellStart"/>
      <w:r>
        <w:rPr>
          <w:b/>
          <w:sz w:val="26"/>
        </w:rPr>
        <w:t>Блок</w:t>
      </w:r>
      <w:proofErr w:type="spellEnd"/>
      <w:r>
        <w:rPr>
          <w:b/>
          <w:sz w:val="26"/>
        </w:rPr>
        <w:t xml:space="preserve"> 2. Выставка и площадка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8"/>
        <w:gridCol w:w="3136"/>
        <w:gridCol w:w="3327"/>
        <w:gridCol w:w="2831"/>
      </w:tblGrid>
      <w:tr w:rsidR="00181F75" w:rsidRPr="00B4178D" w14:paraId="7AD607F7" w14:textId="77777777">
        <w:tc>
          <w:tcPr>
            <w:tcW w:w="680" w:type="dxa"/>
          </w:tcPr>
          <w:p w14:paraId="63AA7D40" w14:textId="77777777" w:rsidR="00181F75" w:rsidRDefault="00000000">
            <w:r>
              <w:t>№</w:t>
            </w:r>
          </w:p>
        </w:tc>
        <w:tc>
          <w:tcPr>
            <w:tcW w:w="3175" w:type="dxa"/>
          </w:tcPr>
          <w:p w14:paraId="1E93F85D" w14:textId="77777777" w:rsidR="00181F75" w:rsidRDefault="00000000">
            <w:r>
              <w:t>Вопрос / параметр</w:t>
            </w:r>
          </w:p>
        </w:tc>
        <w:tc>
          <w:tcPr>
            <w:tcW w:w="3402" w:type="dxa"/>
          </w:tcPr>
          <w:p w14:paraId="2DABC1C8" w14:textId="77777777" w:rsidR="00181F75" w:rsidRDefault="00B4178D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48" w:type="dxa"/>
          </w:tcPr>
          <w:p w14:paraId="3135DFC3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6836B54E" w14:textId="77777777">
        <w:tc>
          <w:tcPr>
            <w:tcW w:w="680" w:type="dxa"/>
          </w:tcPr>
          <w:p w14:paraId="7FFC7D8C" w14:textId="77777777" w:rsidR="005D4E19" w:rsidRDefault="00000000">
            <w:r>
              <w:t>5</w:t>
            </w:r>
          </w:p>
        </w:tc>
        <w:tc>
          <w:tcPr>
            <w:tcW w:w="3175" w:type="dxa"/>
          </w:tcPr>
          <w:p w14:paraId="14695694" w14:textId="77777777" w:rsidR="00181F75" w:rsidRDefault="00000000">
            <w:r>
              <w:t>Название выставки</w:t>
            </w:r>
          </w:p>
        </w:tc>
        <w:tc>
          <w:tcPr>
            <w:tcW w:w="3402" w:type="dxa"/>
          </w:tcPr>
          <w:p w14:paraId="282B22D7" w14:textId="77777777" w:rsidR="00181F75" w:rsidRDefault="00181F75"/>
        </w:tc>
        <w:tc>
          <w:tcPr>
            <w:tcW w:w="2948" w:type="dxa"/>
          </w:tcPr>
          <w:p w14:paraId="19E458FE" w14:textId="77777777" w:rsidR="00181F75" w:rsidRDefault="00181F75"/>
        </w:tc>
      </w:tr>
      <w:tr w:rsidR="00181F75" w14:paraId="140E4BCE" w14:textId="77777777">
        <w:tc>
          <w:tcPr>
            <w:tcW w:w="680" w:type="dxa"/>
          </w:tcPr>
          <w:p w14:paraId="15D6518C" w14:textId="77777777" w:rsidR="005D4E19" w:rsidRDefault="00000000">
            <w:r>
              <w:t>6</w:t>
            </w:r>
          </w:p>
        </w:tc>
        <w:tc>
          <w:tcPr>
            <w:tcW w:w="3175" w:type="dxa"/>
          </w:tcPr>
          <w:p w14:paraId="5A032407" w14:textId="77777777" w:rsidR="00181F75" w:rsidRDefault="00000000">
            <w:r>
              <w:t>Город/страна</w:t>
            </w:r>
          </w:p>
        </w:tc>
        <w:tc>
          <w:tcPr>
            <w:tcW w:w="3402" w:type="dxa"/>
          </w:tcPr>
          <w:p w14:paraId="4589F4EA" w14:textId="77777777" w:rsidR="00181F75" w:rsidRDefault="00181F75"/>
        </w:tc>
        <w:tc>
          <w:tcPr>
            <w:tcW w:w="2948" w:type="dxa"/>
          </w:tcPr>
          <w:p w14:paraId="58857CB7" w14:textId="77777777" w:rsidR="00181F75" w:rsidRDefault="00181F75"/>
        </w:tc>
      </w:tr>
      <w:tr w:rsidR="00181F75" w14:paraId="1E0DA610" w14:textId="77777777">
        <w:tc>
          <w:tcPr>
            <w:tcW w:w="680" w:type="dxa"/>
          </w:tcPr>
          <w:p w14:paraId="037ED0B7" w14:textId="77777777" w:rsidR="005D4E19" w:rsidRDefault="00000000">
            <w:r>
              <w:t>7</w:t>
            </w:r>
          </w:p>
        </w:tc>
        <w:tc>
          <w:tcPr>
            <w:tcW w:w="3175" w:type="dxa"/>
          </w:tcPr>
          <w:p w14:paraId="3319BCC5" w14:textId="77777777" w:rsidR="00181F75" w:rsidRDefault="00000000">
            <w:r>
              <w:t>Место проведения (экспоцентр/площадка)</w:t>
            </w:r>
          </w:p>
        </w:tc>
        <w:tc>
          <w:tcPr>
            <w:tcW w:w="3402" w:type="dxa"/>
          </w:tcPr>
          <w:p w14:paraId="7D6BA58F" w14:textId="77777777" w:rsidR="00181F75" w:rsidRDefault="00181F75"/>
        </w:tc>
        <w:tc>
          <w:tcPr>
            <w:tcW w:w="2948" w:type="dxa"/>
          </w:tcPr>
          <w:p w14:paraId="25BB508B" w14:textId="77777777" w:rsidR="00181F75" w:rsidRDefault="00181F75"/>
        </w:tc>
      </w:tr>
      <w:tr w:rsidR="00181F75" w:rsidRPr="002E2D66" w14:paraId="5AE3A4EF" w14:textId="77777777">
        <w:tc>
          <w:tcPr>
            <w:tcW w:w="680" w:type="dxa"/>
          </w:tcPr>
          <w:p w14:paraId="0CA864D2" w14:textId="77777777" w:rsidR="005D4E19" w:rsidRDefault="00000000">
            <w:r>
              <w:t>8</w:t>
            </w:r>
          </w:p>
        </w:tc>
        <w:tc>
          <w:tcPr>
            <w:tcW w:w="3175" w:type="dxa"/>
          </w:tcPr>
          <w:p w14:paraId="333077D3" w14:textId="77777777" w:rsidR="00181F75" w:rsidRDefault="00000000">
            <w:r>
              <w:t>Даты выставки</w:t>
            </w:r>
          </w:p>
        </w:tc>
        <w:tc>
          <w:tcPr>
            <w:tcW w:w="3402" w:type="dxa"/>
          </w:tcPr>
          <w:p w14:paraId="6571A195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Даты проведения + отдельно: монтаж/демонтаж (если известны)</w:t>
            </w:r>
          </w:p>
        </w:tc>
        <w:tc>
          <w:tcPr>
            <w:tcW w:w="2948" w:type="dxa"/>
          </w:tcPr>
          <w:p w14:paraId="5350B95A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1C0837FE" w14:textId="77777777">
        <w:tc>
          <w:tcPr>
            <w:tcW w:w="680" w:type="dxa"/>
          </w:tcPr>
          <w:p w14:paraId="6A3B4C99" w14:textId="77777777" w:rsidR="005D4E19" w:rsidRDefault="00000000">
            <w:r>
              <w:t>9</w:t>
            </w:r>
          </w:p>
        </w:tc>
        <w:tc>
          <w:tcPr>
            <w:tcW w:w="3175" w:type="dxa"/>
          </w:tcPr>
          <w:p w14:paraId="7FF6795F" w14:textId="77777777" w:rsidR="00181F75" w:rsidRDefault="00000000">
            <w:r>
              <w:t>Павильон/зал/стенд №</w:t>
            </w:r>
          </w:p>
        </w:tc>
        <w:tc>
          <w:tcPr>
            <w:tcW w:w="3402" w:type="dxa"/>
          </w:tcPr>
          <w:p w14:paraId="2D9B3204" w14:textId="77777777" w:rsidR="00181F75" w:rsidRDefault="00181F75"/>
        </w:tc>
        <w:tc>
          <w:tcPr>
            <w:tcW w:w="2948" w:type="dxa"/>
          </w:tcPr>
          <w:p w14:paraId="35DA8AB6" w14:textId="77777777" w:rsidR="00181F75" w:rsidRDefault="00181F75"/>
        </w:tc>
      </w:tr>
      <w:tr w:rsidR="00181F75" w14:paraId="5148A6A3" w14:textId="77777777">
        <w:tc>
          <w:tcPr>
            <w:tcW w:w="680" w:type="dxa"/>
          </w:tcPr>
          <w:p w14:paraId="0258D6E1" w14:textId="77777777" w:rsidR="005D4E19" w:rsidRDefault="00000000">
            <w:r>
              <w:t>10</w:t>
            </w:r>
          </w:p>
        </w:tc>
        <w:tc>
          <w:tcPr>
            <w:tcW w:w="3175" w:type="dxa"/>
          </w:tcPr>
          <w:p w14:paraId="253833C8" w14:textId="77777777" w:rsidR="00181F75" w:rsidRDefault="00000000">
            <w:r>
              <w:t>Высота павильона (если известна)</w:t>
            </w:r>
          </w:p>
        </w:tc>
        <w:tc>
          <w:tcPr>
            <w:tcW w:w="3402" w:type="dxa"/>
          </w:tcPr>
          <w:p w14:paraId="7827426B" w14:textId="77777777" w:rsidR="00181F75" w:rsidRDefault="00000000">
            <w:r>
              <w:t xml:space="preserve">м </w:t>
            </w:r>
          </w:p>
        </w:tc>
        <w:tc>
          <w:tcPr>
            <w:tcW w:w="2948" w:type="dxa"/>
          </w:tcPr>
          <w:p w14:paraId="152BEDA6" w14:textId="77777777" w:rsidR="00181F75" w:rsidRDefault="00181F75"/>
        </w:tc>
      </w:tr>
      <w:tr w:rsidR="00181F75" w:rsidRPr="002E2D66" w14:paraId="71FBC5DF" w14:textId="77777777">
        <w:tc>
          <w:tcPr>
            <w:tcW w:w="680" w:type="dxa"/>
          </w:tcPr>
          <w:p w14:paraId="6B2D90EE" w14:textId="77777777" w:rsidR="005D4E19" w:rsidRDefault="00000000">
            <w:r>
              <w:t>11</w:t>
            </w:r>
          </w:p>
        </w:tc>
        <w:tc>
          <w:tcPr>
            <w:tcW w:w="3175" w:type="dxa"/>
          </w:tcPr>
          <w:p w14:paraId="4E1DF2DF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Соседи/конкуренты рядом (если известно)</w:t>
            </w:r>
          </w:p>
        </w:tc>
        <w:tc>
          <w:tcPr>
            <w:tcW w:w="3402" w:type="dxa"/>
          </w:tcPr>
          <w:p w14:paraId="6DFB2AF4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Кого ожидаете по соседству, чем хотим отличаться</w:t>
            </w:r>
          </w:p>
        </w:tc>
        <w:tc>
          <w:tcPr>
            <w:tcW w:w="2948" w:type="dxa"/>
          </w:tcPr>
          <w:p w14:paraId="57ABB997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62E2EB0E" w14:textId="77777777" w:rsidR="00FE0FB2" w:rsidRDefault="00FE0FB2">
      <w:pPr>
        <w:rPr>
          <w:lang w:val="ru-RU"/>
        </w:rPr>
      </w:pPr>
    </w:p>
    <w:p w14:paraId="3660596B" w14:textId="77777777" w:rsidR="00A338A8" w:rsidRDefault="00A338A8">
      <w:pPr>
        <w:rPr>
          <w:lang w:val="ru-RU"/>
        </w:rPr>
      </w:pPr>
    </w:p>
    <w:p w14:paraId="295335D7" w14:textId="77777777" w:rsidR="00A338A8" w:rsidRPr="00B4178D" w:rsidRDefault="00A338A8">
      <w:pPr>
        <w:rPr>
          <w:lang w:val="ru-RU"/>
        </w:rPr>
      </w:pPr>
    </w:p>
    <w:p w14:paraId="78453605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3. План стенда и регламент организатора (самое важное)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3"/>
        <w:gridCol w:w="3137"/>
        <w:gridCol w:w="3379"/>
        <w:gridCol w:w="2783"/>
      </w:tblGrid>
      <w:tr w:rsidR="00181F75" w:rsidRPr="00B4178D" w14:paraId="46BE9528" w14:textId="77777777" w:rsidTr="00FE0FB2">
        <w:tc>
          <w:tcPr>
            <w:tcW w:w="680" w:type="dxa"/>
          </w:tcPr>
          <w:p w14:paraId="12365182" w14:textId="77777777" w:rsidR="00181F75" w:rsidRDefault="00000000">
            <w:r>
              <w:t>№</w:t>
            </w:r>
          </w:p>
        </w:tc>
        <w:tc>
          <w:tcPr>
            <w:tcW w:w="3172" w:type="dxa"/>
          </w:tcPr>
          <w:p w14:paraId="48E1AD16" w14:textId="77777777" w:rsidR="00181F75" w:rsidRDefault="00000000">
            <w:r>
              <w:t>Вопрос / параметр</w:t>
            </w:r>
          </w:p>
        </w:tc>
        <w:tc>
          <w:tcPr>
            <w:tcW w:w="3400" w:type="dxa"/>
          </w:tcPr>
          <w:p w14:paraId="14B9FC10" w14:textId="77777777" w:rsidR="00181F75" w:rsidRDefault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36" w:type="dxa"/>
          </w:tcPr>
          <w:p w14:paraId="3E07A7D6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:rsidRPr="00B4178D" w14:paraId="2111D1BA" w14:textId="77777777" w:rsidTr="00FE0FB2">
        <w:tc>
          <w:tcPr>
            <w:tcW w:w="680" w:type="dxa"/>
          </w:tcPr>
          <w:p w14:paraId="186D0643" w14:textId="77777777" w:rsidR="005D4E19" w:rsidRDefault="00000000">
            <w:r>
              <w:t>12</w:t>
            </w:r>
          </w:p>
        </w:tc>
        <w:tc>
          <w:tcPr>
            <w:tcW w:w="3172" w:type="dxa"/>
          </w:tcPr>
          <w:p w14:paraId="2995ECF1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 ли паспорт/план стенда от организатора?</w:t>
            </w:r>
          </w:p>
        </w:tc>
        <w:tc>
          <w:tcPr>
            <w:tcW w:w="3400" w:type="dxa"/>
          </w:tcPr>
          <w:p w14:paraId="77AFA0A8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☐ </w:t>
            </w:r>
            <w:proofErr w:type="gramStart"/>
            <w:r w:rsidRPr="00B4178D">
              <w:rPr>
                <w:lang w:val="ru-RU"/>
              </w:rPr>
              <w:t>Да  ☐</w:t>
            </w:r>
            <w:proofErr w:type="gramEnd"/>
            <w:r w:rsidRPr="00B4178D">
              <w:rPr>
                <w:lang w:val="ru-RU"/>
              </w:rPr>
              <w:t xml:space="preserve"> </w:t>
            </w:r>
            <w:proofErr w:type="gramStart"/>
            <w:r w:rsidRPr="00B4178D">
              <w:rPr>
                <w:lang w:val="ru-RU"/>
              </w:rPr>
              <w:t>Нет  ☐</w:t>
            </w:r>
            <w:proofErr w:type="gramEnd"/>
            <w:r w:rsidRPr="00B4178D">
              <w:rPr>
                <w:lang w:val="ru-RU"/>
              </w:rPr>
              <w:t xml:space="preserve"> Запросим. </w:t>
            </w:r>
          </w:p>
        </w:tc>
        <w:tc>
          <w:tcPr>
            <w:tcW w:w="2936" w:type="dxa"/>
          </w:tcPr>
          <w:p w14:paraId="27B33555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4C66E1D5" w14:textId="77777777" w:rsidTr="00FE0FB2">
        <w:tc>
          <w:tcPr>
            <w:tcW w:w="680" w:type="dxa"/>
          </w:tcPr>
          <w:p w14:paraId="43A789DD" w14:textId="77777777" w:rsidR="005D4E19" w:rsidRDefault="00000000">
            <w:r>
              <w:t>13</w:t>
            </w:r>
          </w:p>
        </w:tc>
        <w:tc>
          <w:tcPr>
            <w:tcW w:w="3172" w:type="dxa"/>
          </w:tcPr>
          <w:p w14:paraId="0D60AD18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 ли регламент/</w:t>
            </w:r>
            <w:proofErr w:type="spellStart"/>
            <w:r w:rsidRPr="00B4178D">
              <w:rPr>
                <w:lang w:val="ru-RU"/>
              </w:rPr>
              <w:t>техтребования</w:t>
            </w:r>
            <w:proofErr w:type="spellEnd"/>
            <w:r w:rsidRPr="00B4178D">
              <w:rPr>
                <w:lang w:val="ru-RU"/>
              </w:rPr>
              <w:t xml:space="preserve"> организатора?</w:t>
            </w:r>
          </w:p>
        </w:tc>
        <w:tc>
          <w:tcPr>
            <w:tcW w:w="3400" w:type="dxa"/>
          </w:tcPr>
          <w:p w14:paraId="50DD21F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☐ </w:t>
            </w:r>
            <w:proofErr w:type="gramStart"/>
            <w:r w:rsidRPr="00B4178D">
              <w:rPr>
                <w:lang w:val="ru-RU"/>
              </w:rPr>
              <w:t>Да  ☐</w:t>
            </w:r>
            <w:proofErr w:type="gramEnd"/>
            <w:r w:rsidRPr="00B4178D">
              <w:rPr>
                <w:lang w:val="ru-RU"/>
              </w:rPr>
              <w:t xml:space="preserve"> </w:t>
            </w:r>
            <w:proofErr w:type="gramStart"/>
            <w:r w:rsidRPr="00B4178D">
              <w:rPr>
                <w:lang w:val="ru-RU"/>
              </w:rPr>
              <w:t>Нет  ☐</w:t>
            </w:r>
            <w:proofErr w:type="gramEnd"/>
            <w:r w:rsidRPr="00B4178D">
              <w:rPr>
                <w:lang w:val="ru-RU"/>
              </w:rPr>
              <w:t xml:space="preserve"> Запросим. Ссылка/файл: </w:t>
            </w:r>
          </w:p>
        </w:tc>
        <w:tc>
          <w:tcPr>
            <w:tcW w:w="2936" w:type="dxa"/>
          </w:tcPr>
          <w:p w14:paraId="4E6D2665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39EF7CC3" w14:textId="77777777" w:rsidTr="00FE0FB2">
        <w:tc>
          <w:tcPr>
            <w:tcW w:w="680" w:type="dxa"/>
          </w:tcPr>
          <w:p w14:paraId="21F28CDC" w14:textId="77777777" w:rsidR="005D4E19" w:rsidRDefault="00000000">
            <w:r>
              <w:t>14</w:t>
            </w:r>
          </w:p>
        </w:tc>
        <w:tc>
          <w:tcPr>
            <w:tcW w:w="3172" w:type="dxa"/>
          </w:tcPr>
          <w:p w14:paraId="71129DA6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Дедлайн подачи проекта/КД организатору</w:t>
            </w:r>
          </w:p>
        </w:tc>
        <w:tc>
          <w:tcPr>
            <w:tcW w:w="3400" w:type="dxa"/>
          </w:tcPr>
          <w:p w14:paraId="7236DF50" w14:textId="77777777" w:rsidR="00181F75" w:rsidRDefault="00000000">
            <w:proofErr w:type="spellStart"/>
            <w:r>
              <w:t>Дата</w:t>
            </w:r>
            <w:proofErr w:type="spellEnd"/>
            <w:r>
              <w:t xml:space="preserve"> / TBD</w:t>
            </w:r>
          </w:p>
        </w:tc>
        <w:tc>
          <w:tcPr>
            <w:tcW w:w="2936" w:type="dxa"/>
          </w:tcPr>
          <w:p w14:paraId="3E220390" w14:textId="77777777" w:rsidR="00181F75" w:rsidRDefault="00181F75"/>
        </w:tc>
      </w:tr>
      <w:tr w:rsidR="00181F75" w14:paraId="20A79897" w14:textId="77777777" w:rsidTr="00FE0FB2">
        <w:tc>
          <w:tcPr>
            <w:tcW w:w="680" w:type="dxa"/>
          </w:tcPr>
          <w:p w14:paraId="33920953" w14:textId="77777777" w:rsidR="005D4E19" w:rsidRDefault="00000000">
            <w:r>
              <w:t>15</w:t>
            </w:r>
          </w:p>
        </w:tc>
        <w:tc>
          <w:tcPr>
            <w:tcW w:w="3172" w:type="dxa"/>
          </w:tcPr>
          <w:p w14:paraId="047C8FBF" w14:textId="77777777" w:rsidR="00181F75" w:rsidRDefault="00000000">
            <w:r>
              <w:t>Ограничение по высоте застройки</w:t>
            </w:r>
          </w:p>
        </w:tc>
        <w:tc>
          <w:tcPr>
            <w:tcW w:w="3400" w:type="dxa"/>
          </w:tcPr>
          <w:p w14:paraId="39A336A7" w14:textId="77777777" w:rsidR="00181F75" w:rsidRDefault="00000000">
            <w:r>
              <w:t>м / TBD</w:t>
            </w:r>
          </w:p>
        </w:tc>
        <w:tc>
          <w:tcPr>
            <w:tcW w:w="2936" w:type="dxa"/>
          </w:tcPr>
          <w:p w14:paraId="45747B36" w14:textId="77777777" w:rsidR="00181F75" w:rsidRDefault="00181F75"/>
        </w:tc>
      </w:tr>
      <w:tr w:rsidR="00181F75" w:rsidRPr="00B4178D" w14:paraId="44F60A88" w14:textId="77777777" w:rsidTr="00FE0FB2">
        <w:tc>
          <w:tcPr>
            <w:tcW w:w="680" w:type="dxa"/>
          </w:tcPr>
          <w:p w14:paraId="5895A7C1" w14:textId="77777777" w:rsidR="005D4E19" w:rsidRDefault="00000000">
            <w:r>
              <w:t>16</w:t>
            </w:r>
          </w:p>
        </w:tc>
        <w:tc>
          <w:tcPr>
            <w:tcW w:w="3172" w:type="dxa"/>
          </w:tcPr>
          <w:p w14:paraId="00517B39" w14:textId="77777777" w:rsidR="00181F75" w:rsidRDefault="00000000">
            <w:r>
              <w:t>Разрешены ли подвесы/риггинг?</w:t>
            </w:r>
          </w:p>
        </w:tc>
        <w:tc>
          <w:tcPr>
            <w:tcW w:w="3400" w:type="dxa"/>
          </w:tcPr>
          <w:p w14:paraId="50F0E098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 (условия/нагрузка/стоимость): </w:t>
            </w:r>
          </w:p>
        </w:tc>
        <w:tc>
          <w:tcPr>
            <w:tcW w:w="2936" w:type="dxa"/>
          </w:tcPr>
          <w:p w14:paraId="43E50B79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B4178D" w14:paraId="7FCDD637" w14:textId="77777777" w:rsidTr="00FE0FB2">
        <w:tc>
          <w:tcPr>
            <w:tcW w:w="680" w:type="dxa"/>
          </w:tcPr>
          <w:p w14:paraId="2DFEDAA0" w14:textId="77777777" w:rsidR="005D4E19" w:rsidRDefault="00000000">
            <w:r>
              <w:t>17</w:t>
            </w:r>
          </w:p>
        </w:tc>
        <w:tc>
          <w:tcPr>
            <w:tcW w:w="3172" w:type="dxa"/>
          </w:tcPr>
          <w:p w14:paraId="2515F016" w14:textId="77777777" w:rsidR="00181F75" w:rsidRDefault="00000000">
            <w:r>
              <w:t>Ограничения по шуму/звуку</w:t>
            </w:r>
          </w:p>
        </w:tc>
        <w:tc>
          <w:tcPr>
            <w:tcW w:w="3400" w:type="dxa"/>
          </w:tcPr>
          <w:p w14:paraId="55A84C2A" w14:textId="77777777" w:rsidR="00181F75" w:rsidRPr="00B4178D" w:rsidRDefault="00181F75">
            <w:pPr>
              <w:rPr>
                <w:lang w:val="ru-RU"/>
              </w:rPr>
            </w:pPr>
          </w:p>
        </w:tc>
        <w:tc>
          <w:tcPr>
            <w:tcW w:w="2936" w:type="dxa"/>
          </w:tcPr>
          <w:p w14:paraId="347ECEBC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0B222001" w14:textId="77777777" w:rsidTr="00FE0FB2">
        <w:tc>
          <w:tcPr>
            <w:tcW w:w="680" w:type="dxa"/>
          </w:tcPr>
          <w:p w14:paraId="169FE69B" w14:textId="77777777" w:rsidR="005D4E19" w:rsidRDefault="00000000">
            <w:r>
              <w:t>18</w:t>
            </w:r>
          </w:p>
        </w:tc>
        <w:tc>
          <w:tcPr>
            <w:tcW w:w="3172" w:type="dxa"/>
          </w:tcPr>
          <w:p w14:paraId="0F5E8E12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Нагрузка на пол (кг/м²), если есть</w:t>
            </w:r>
          </w:p>
        </w:tc>
        <w:tc>
          <w:tcPr>
            <w:tcW w:w="3400" w:type="dxa"/>
          </w:tcPr>
          <w:p w14:paraId="397D0023" w14:textId="77777777" w:rsidR="00181F75" w:rsidRPr="00FE0FB2" w:rsidRDefault="00000000">
            <w:pPr>
              <w:rPr>
                <w:lang w:val="ru-RU"/>
              </w:rPr>
            </w:pPr>
            <w:r w:rsidRPr="006A3159">
              <w:rPr>
                <w:lang w:val="ru-RU"/>
              </w:rPr>
              <w:t xml:space="preserve"> </w:t>
            </w:r>
            <w:proofErr w:type="spellStart"/>
            <w:r>
              <w:t>кг</w:t>
            </w:r>
            <w:proofErr w:type="spellEnd"/>
            <w:r>
              <w:t xml:space="preserve">/м² </w:t>
            </w:r>
          </w:p>
        </w:tc>
        <w:tc>
          <w:tcPr>
            <w:tcW w:w="2936" w:type="dxa"/>
          </w:tcPr>
          <w:p w14:paraId="0B7B1004" w14:textId="77777777" w:rsidR="00181F75" w:rsidRDefault="00181F75"/>
        </w:tc>
      </w:tr>
    </w:tbl>
    <w:p w14:paraId="373282D5" w14:textId="77777777" w:rsidR="00181F75" w:rsidRDefault="00181F75"/>
    <w:p w14:paraId="27D1EF43" w14:textId="77777777" w:rsidR="00181F75" w:rsidRDefault="00000000">
      <w:r>
        <w:rPr>
          <w:b/>
          <w:sz w:val="26"/>
        </w:rPr>
        <w:t>Блок 4. Геометрия и формат стенда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6"/>
        <w:gridCol w:w="3117"/>
        <w:gridCol w:w="3348"/>
        <w:gridCol w:w="2831"/>
      </w:tblGrid>
      <w:tr w:rsidR="00FE0FB2" w:rsidRPr="00B4178D" w14:paraId="652CB0C6" w14:textId="77777777" w:rsidTr="00FE0FB2">
        <w:tc>
          <w:tcPr>
            <w:tcW w:w="678" w:type="dxa"/>
          </w:tcPr>
          <w:p w14:paraId="3BD49490" w14:textId="77777777" w:rsidR="00FE0FB2" w:rsidRDefault="00FE0FB2" w:rsidP="00FE0FB2">
            <w:r>
              <w:t>№</w:t>
            </w:r>
          </w:p>
        </w:tc>
        <w:tc>
          <w:tcPr>
            <w:tcW w:w="3171" w:type="dxa"/>
          </w:tcPr>
          <w:p w14:paraId="65542D21" w14:textId="77777777" w:rsidR="00FE0FB2" w:rsidRDefault="00FE0FB2" w:rsidP="00FE0FB2">
            <w:r>
              <w:t>Вопрос / параметр</w:t>
            </w:r>
          </w:p>
        </w:tc>
        <w:tc>
          <w:tcPr>
            <w:tcW w:w="3398" w:type="dxa"/>
          </w:tcPr>
          <w:p w14:paraId="69543C81" w14:textId="77777777" w:rsidR="00FE0FB2" w:rsidRDefault="00FE0FB2" w:rsidP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41" w:type="dxa"/>
          </w:tcPr>
          <w:p w14:paraId="5FA201D2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68D47C63" w14:textId="77777777" w:rsidTr="00FE0FB2">
        <w:tc>
          <w:tcPr>
            <w:tcW w:w="678" w:type="dxa"/>
          </w:tcPr>
          <w:p w14:paraId="7E8693D0" w14:textId="77777777" w:rsidR="005D4E19" w:rsidRDefault="00000000">
            <w:r>
              <w:t>19</w:t>
            </w:r>
          </w:p>
        </w:tc>
        <w:tc>
          <w:tcPr>
            <w:tcW w:w="3171" w:type="dxa"/>
          </w:tcPr>
          <w:p w14:paraId="0BE18462" w14:textId="77777777" w:rsidR="00181F75" w:rsidRDefault="00000000">
            <w:r>
              <w:t>Площадь стенда (м²)</w:t>
            </w:r>
          </w:p>
        </w:tc>
        <w:tc>
          <w:tcPr>
            <w:tcW w:w="3398" w:type="dxa"/>
          </w:tcPr>
          <w:p w14:paraId="65A053C7" w14:textId="77777777" w:rsidR="00181F75" w:rsidRDefault="00181F75"/>
        </w:tc>
        <w:tc>
          <w:tcPr>
            <w:tcW w:w="2941" w:type="dxa"/>
          </w:tcPr>
          <w:p w14:paraId="52BAF1A1" w14:textId="77777777" w:rsidR="00181F75" w:rsidRDefault="00181F75"/>
        </w:tc>
      </w:tr>
      <w:tr w:rsidR="00181F75" w14:paraId="0244C56F" w14:textId="77777777" w:rsidTr="00FE0FB2">
        <w:tc>
          <w:tcPr>
            <w:tcW w:w="678" w:type="dxa"/>
          </w:tcPr>
          <w:p w14:paraId="3AB4C612" w14:textId="77777777" w:rsidR="005D4E19" w:rsidRDefault="00000000">
            <w:r>
              <w:t>20</w:t>
            </w:r>
          </w:p>
        </w:tc>
        <w:tc>
          <w:tcPr>
            <w:tcW w:w="3171" w:type="dxa"/>
          </w:tcPr>
          <w:p w14:paraId="441F6DCA" w14:textId="77777777" w:rsidR="00181F75" w:rsidRDefault="00000000">
            <w:r>
              <w:t>Габариты (ширина × глубина, м)</w:t>
            </w:r>
          </w:p>
        </w:tc>
        <w:tc>
          <w:tcPr>
            <w:tcW w:w="3398" w:type="dxa"/>
          </w:tcPr>
          <w:p w14:paraId="04C3C2A4" w14:textId="77777777" w:rsidR="00181F75" w:rsidRDefault="00181F75"/>
        </w:tc>
        <w:tc>
          <w:tcPr>
            <w:tcW w:w="2941" w:type="dxa"/>
          </w:tcPr>
          <w:p w14:paraId="650EC267" w14:textId="77777777" w:rsidR="00181F75" w:rsidRDefault="00181F75"/>
        </w:tc>
      </w:tr>
      <w:tr w:rsidR="00181F75" w:rsidRPr="002E2D66" w14:paraId="614BC1D3" w14:textId="77777777" w:rsidTr="00FE0FB2">
        <w:tc>
          <w:tcPr>
            <w:tcW w:w="678" w:type="dxa"/>
          </w:tcPr>
          <w:p w14:paraId="2356E8E6" w14:textId="77777777" w:rsidR="005D4E19" w:rsidRDefault="00000000">
            <w:r>
              <w:t>21</w:t>
            </w:r>
          </w:p>
        </w:tc>
        <w:tc>
          <w:tcPr>
            <w:tcW w:w="3171" w:type="dxa"/>
          </w:tcPr>
          <w:p w14:paraId="58319486" w14:textId="77777777" w:rsidR="00181F75" w:rsidRDefault="00000000">
            <w:r>
              <w:t>Тип стенда</w:t>
            </w:r>
          </w:p>
        </w:tc>
        <w:tc>
          <w:tcPr>
            <w:tcW w:w="3398" w:type="dxa"/>
          </w:tcPr>
          <w:p w14:paraId="011BC8C7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☐ Остров (4 стороны) ☐ Полуостров (3) ☐ Угловой (2) ☐ Линейный (1)</w:t>
            </w:r>
          </w:p>
        </w:tc>
        <w:tc>
          <w:tcPr>
            <w:tcW w:w="2941" w:type="dxa"/>
          </w:tcPr>
          <w:p w14:paraId="21F22395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5D13C6DE" w14:textId="77777777" w:rsidTr="00FE0FB2">
        <w:tc>
          <w:tcPr>
            <w:tcW w:w="678" w:type="dxa"/>
          </w:tcPr>
          <w:p w14:paraId="3257B7EC" w14:textId="77777777" w:rsidR="005D4E19" w:rsidRDefault="00000000">
            <w:r>
              <w:t>22</w:t>
            </w:r>
          </w:p>
        </w:tc>
        <w:tc>
          <w:tcPr>
            <w:tcW w:w="3171" w:type="dxa"/>
          </w:tcPr>
          <w:p w14:paraId="6A37A90E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Какие стороны открыты / где «фронт»</w:t>
            </w:r>
          </w:p>
        </w:tc>
        <w:tc>
          <w:tcPr>
            <w:tcW w:w="3398" w:type="dxa"/>
          </w:tcPr>
          <w:p w14:paraId="745D737F" w14:textId="77777777" w:rsidR="00181F75" w:rsidRDefault="00000000">
            <w:proofErr w:type="spellStart"/>
            <w:r>
              <w:t>Опишите</w:t>
            </w:r>
            <w:proofErr w:type="spellEnd"/>
            <w:r>
              <w:t xml:space="preserve">, </w:t>
            </w:r>
            <w:proofErr w:type="spellStart"/>
            <w:r>
              <w:t>откуда</w:t>
            </w:r>
            <w:proofErr w:type="spellEnd"/>
            <w:r>
              <w:t xml:space="preserve">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поток</w:t>
            </w:r>
            <w:proofErr w:type="spellEnd"/>
          </w:p>
        </w:tc>
        <w:tc>
          <w:tcPr>
            <w:tcW w:w="2941" w:type="dxa"/>
          </w:tcPr>
          <w:p w14:paraId="4024C12E" w14:textId="77777777" w:rsidR="00181F75" w:rsidRDefault="00181F75"/>
        </w:tc>
      </w:tr>
      <w:tr w:rsidR="00181F75" w:rsidRPr="002E2D66" w14:paraId="168FA05D" w14:textId="77777777" w:rsidTr="00FE0FB2">
        <w:tc>
          <w:tcPr>
            <w:tcW w:w="678" w:type="dxa"/>
          </w:tcPr>
          <w:p w14:paraId="5AC12596" w14:textId="77777777" w:rsidR="005D4E19" w:rsidRDefault="00000000">
            <w:r>
              <w:t>23</w:t>
            </w:r>
          </w:p>
        </w:tc>
        <w:tc>
          <w:tcPr>
            <w:tcW w:w="3171" w:type="dxa"/>
          </w:tcPr>
          <w:p w14:paraId="3ECBDDC2" w14:textId="77777777" w:rsidR="00181F75" w:rsidRDefault="00000000">
            <w:r>
              <w:t>Нужен ли подиум/фальшпол?</w:t>
            </w:r>
          </w:p>
        </w:tc>
        <w:tc>
          <w:tcPr>
            <w:tcW w:w="3398" w:type="dxa"/>
          </w:tcPr>
          <w:p w14:paraId="2E073564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☐ </w:t>
            </w:r>
            <w:proofErr w:type="gramStart"/>
            <w:r w:rsidRPr="00B4178D">
              <w:rPr>
                <w:lang w:val="ru-RU"/>
              </w:rPr>
              <w:t>Нет  ☐</w:t>
            </w:r>
            <w:proofErr w:type="gramEnd"/>
            <w:r w:rsidRPr="00B4178D">
              <w:rPr>
                <w:lang w:val="ru-RU"/>
              </w:rPr>
              <w:t xml:space="preserve"> Да (высота, см): __</w:t>
            </w:r>
            <w:proofErr w:type="gramStart"/>
            <w:r w:rsidRPr="00B4178D">
              <w:rPr>
                <w:lang w:val="ru-RU"/>
              </w:rPr>
              <w:t>_  Покрытие</w:t>
            </w:r>
            <w:proofErr w:type="gramEnd"/>
            <w:r w:rsidRPr="00B4178D">
              <w:rPr>
                <w:lang w:val="ru-RU"/>
              </w:rPr>
              <w:t>: ________</w:t>
            </w:r>
          </w:p>
        </w:tc>
        <w:tc>
          <w:tcPr>
            <w:tcW w:w="2941" w:type="dxa"/>
          </w:tcPr>
          <w:p w14:paraId="659815F7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468B38F9" w14:textId="77777777" w:rsidTr="00FE0FB2">
        <w:tc>
          <w:tcPr>
            <w:tcW w:w="678" w:type="dxa"/>
          </w:tcPr>
          <w:p w14:paraId="1F07DE63" w14:textId="77777777" w:rsidR="005D4E19" w:rsidRDefault="00000000">
            <w:r>
              <w:t>24</w:t>
            </w:r>
          </w:p>
        </w:tc>
        <w:tc>
          <w:tcPr>
            <w:tcW w:w="3171" w:type="dxa"/>
          </w:tcPr>
          <w:p w14:paraId="0BEB4433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Планируется ли 2-й этаж/антресоль?</w:t>
            </w:r>
          </w:p>
        </w:tc>
        <w:tc>
          <w:tcPr>
            <w:tcW w:w="3398" w:type="dxa"/>
          </w:tcPr>
          <w:p w14:paraId="5BA40FE6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☐ </w:t>
            </w:r>
            <w:proofErr w:type="gramStart"/>
            <w:r w:rsidRPr="00B4178D">
              <w:rPr>
                <w:lang w:val="ru-RU"/>
              </w:rPr>
              <w:t>Нет  ☐</w:t>
            </w:r>
            <w:proofErr w:type="gramEnd"/>
            <w:r w:rsidRPr="00B4178D">
              <w:rPr>
                <w:lang w:val="ru-RU"/>
              </w:rPr>
              <w:t xml:space="preserve"> Да (требуются доп. расчеты/согласования)</w:t>
            </w:r>
          </w:p>
        </w:tc>
        <w:tc>
          <w:tcPr>
            <w:tcW w:w="2941" w:type="dxa"/>
          </w:tcPr>
          <w:p w14:paraId="4002CD4F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636241B3" w14:textId="77777777" w:rsidR="00205F16" w:rsidRPr="00B4178D" w:rsidRDefault="00205F16">
      <w:pPr>
        <w:rPr>
          <w:lang w:val="ru-RU"/>
        </w:rPr>
      </w:pPr>
    </w:p>
    <w:p w14:paraId="4B7F6511" w14:textId="77777777" w:rsidR="00181F75" w:rsidRPr="006A3159" w:rsidRDefault="00000000">
      <w:pPr>
        <w:rPr>
          <w:lang w:val="ru-RU"/>
        </w:rPr>
      </w:pPr>
      <w:r w:rsidRPr="006A3159">
        <w:rPr>
          <w:b/>
          <w:sz w:val="26"/>
          <w:lang w:val="ru-RU"/>
        </w:rPr>
        <w:t xml:space="preserve">Блок 5. Цели участия и </w:t>
      </w:r>
      <w:r>
        <w:rPr>
          <w:b/>
          <w:sz w:val="26"/>
        </w:rPr>
        <w:t>KPI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86"/>
        <w:gridCol w:w="2539"/>
        <w:gridCol w:w="4626"/>
        <w:gridCol w:w="2211"/>
      </w:tblGrid>
      <w:tr w:rsidR="00FE0FB2" w:rsidRPr="00B4178D" w14:paraId="78573E90" w14:textId="77777777" w:rsidTr="00FE0FB2">
        <w:tc>
          <w:tcPr>
            <w:tcW w:w="593" w:type="dxa"/>
          </w:tcPr>
          <w:p w14:paraId="71550C5F" w14:textId="77777777" w:rsidR="00FE0FB2" w:rsidRDefault="00FE0FB2" w:rsidP="00FE0FB2">
            <w:r>
              <w:t>№</w:t>
            </w:r>
          </w:p>
        </w:tc>
        <w:tc>
          <w:tcPr>
            <w:tcW w:w="2589" w:type="dxa"/>
          </w:tcPr>
          <w:p w14:paraId="66C8987D" w14:textId="77777777" w:rsidR="00FE0FB2" w:rsidRDefault="00FE0FB2" w:rsidP="00FE0FB2">
            <w:r>
              <w:t>Вопрос / параметр</w:t>
            </w:r>
          </w:p>
        </w:tc>
        <w:tc>
          <w:tcPr>
            <w:tcW w:w="4719" w:type="dxa"/>
          </w:tcPr>
          <w:p w14:paraId="388ED68B" w14:textId="77777777" w:rsidR="00FE0FB2" w:rsidRDefault="00763145" w:rsidP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287" w:type="dxa"/>
          </w:tcPr>
          <w:p w14:paraId="5AC951E2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FE0FB2" w:rsidRPr="002E2D66" w14:paraId="4A958632" w14:textId="77777777" w:rsidTr="00FE0FB2">
        <w:tc>
          <w:tcPr>
            <w:tcW w:w="593" w:type="dxa"/>
          </w:tcPr>
          <w:p w14:paraId="460816FE" w14:textId="77777777" w:rsidR="005D4E19" w:rsidRDefault="00000000">
            <w:r>
              <w:t>25</w:t>
            </w:r>
          </w:p>
        </w:tc>
        <w:tc>
          <w:tcPr>
            <w:tcW w:w="2589" w:type="dxa"/>
          </w:tcPr>
          <w:p w14:paraId="3F66F1B4" w14:textId="77777777" w:rsidR="00FE0FB2" w:rsidRDefault="00FE0FB2" w:rsidP="00FE0FB2">
            <w:r>
              <w:t>Ключевая цель участия (1–2 предложения)</w:t>
            </w:r>
          </w:p>
        </w:tc>
        <w:tc>
          <w:tcPr>
            <w:tcW w:w="4719" w:type="dxa"/>
          </w:tcPr>
          <w:p w14:paraId="6B5361A7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Например: </w:t>
            </w:r>
            <w:proofErr w:type="spellStart"/>
            <w:r w:rsidRPr="00B4178D">
              <w:rPr>
                <w:lang w:val="ru-RU"/>
              </w:rPr>
              <w:t>лиды</w:t>
            </w:r>
            <w:proofErr w:type="spellEnd"/>
            <w:r w:rsidRPr="00B4178D">
              <w:rPr>
                <w:lang w:val="ru-RU"/>
              </w:rPr>
              <w:t>/встречи</w:t>
            </w:r>
            <w:r w:rsidR="00763145" w:rsidRPr="00B4178D">
              <w:rPr>
                <w:lang w:val="ru-RU"/>
              </w:rPr>
              <w:t xml:space="preserve"> </w:t>
            </w:r>
            <w:r w:rsidRPr="00B4178D">
              <w:rPr>
                <w:lang w:val="ru-RU"/>
              </w:rPr>
              <w:t>/узнаваемость/партнерства</w:t>
            </w:r>
          </w:p>
        </w:tc>
        <w:tc>
          <w:tcPr>
            <w:tcW w:w="2287" w:type="dxa"/>
          </w:tcPr>
          <w:p w14:paraId="78D626A5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B4178D" w14:paraId="542A370F" w14:textId="77777777" w:rsidTr="00FE0FB2">
        <w:tc>
          <w:tcPr>
            <w:tcW w:w="593" w:type="dxa"/>
          </w:tcPr>
          <w:p w14:paraId="654A088C" w14:textId="77777777" w:rsidR="005D4E19" w:rsidRDefault="00000000">
            <w:r>
              <w:t>26</w:t>
            </w:r>
          </w:p>
        </w:tc>
        <w:tc>
          <w:tcPr>
            <w:tcW w:w="2589" w:type="dxa"/>
          </w:tcPr>
          <w:p w14:paraId="6436E1A3" w14:textId="77777777" w:rsidR="00FE0FB2" w:rsidRPr="00B4178D" w:rsidRDefault="00FE0FB2" w:rsidP="00FE0FB2">
            <w:pPr>
              <w:rPr>
                <w:lang w:val="ru-RU"/>
              </w:rPr>
            </w:pPr>
            <w:r>
              <w:t>KPI</w:t>
            </w:r>
            <w:r w:rsidRPr="00B4178D">
              <w:rPr>
                <w:lang w:val="ru-RU"/>
              </w:rPr>
              <w:t xml:space="preserve"> в цифрах (если есть)</w:t>
            </w:r>
          </w:p>
        </w:tc>
        <w:tc>
          <w:tcPr>
            <w:tcW w:w="4719" w:type="dxa"/>
          </w:tcPr>
          <w:p w14:paraId="287B10F1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Лиды __ / встречи __ / охват __ / другое __</w:t>
            </w:r>
          </w:p>
        </w:tc>
        <w:tc>
          <w:tcPr>
            <w:tcW w:w="2287" w:type="dxa"/>
          </w:tcPr>
          <w:p w14:paraId="1445C884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44194D17" w14:textId="77777777" w:rsidTr="00FE0FB2">
        <w:tc>
          <w:tcPr>
            <w:tcW w:w="593" w:type="dxa"/>
          </w:tcPr>
          <w:p w14:paraId="728F22BF" w14:textId="77777777" w:rsidR="005D4E19" w:rsidRDefault="00000000">
            <w:r>
              <w:t>27</w:t>
            </w:r>
          </w:p>
        </w:tc>
        <w:tc>
          <w:tcPr>
            <w:tcW w:w="2589" w:type="dxa"/>
          </w:tcPr>
          <w:p w14:paraId="7834F397" w14:textId="77777777" w:rsidR="00FE0FB2" w:rsidRDefault="00FE0FB2" w:rsidP="00FE0FB2">
            <w:r>
              <w:t>Как фиксируем KPI</w:t>
            </w:r>
          </w:p>
        </w:tc>
        <w:tc>
          <w:tcPr>
            <w:tcW w:w="4719" w:type="dxa"/>
          </w:tcPr>
          <w:p w14:paraId="2271F1F3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Сканер бейджей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>
              <w:t>CRM</w:t>
            </w:r>
            <w:r w:rsidRPr="00B4178D">
              <w:rPr>
                <w:lang w:val="ru-RU"/>
              </w:rPr>
              <w:t xml:space="preserve">-форма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>
              <w:t>QR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визитки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ручной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ввод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другое</w:t>
            </w:r>
          </w:p>
        </w:tc>
        <w:tc>
          <w:tcPr>
            <w:tcW w:w="2287" w:type="dxa"/>
          </w:tcPr>
          <w:p w14:paraId="085BC821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</w:tbl>
    <w:p w14:paraId="19AF408D" w14:textId="77777777" w:rsidR="00181F75" w:rsidRDefault="00181F75">
      <w:pPr>
        <w:rPr>
          <w:lang w:val="ru-RU"/>
        </w:rPr>
      </w:pPr>
    </w:p>
    <w:p w14:paraId="108D2C8A" w14:textId="77777777" w:rsidR="006A3159" w:rsidRPr="00B4178D" w:rsidRDefault="006A3159">
      <w:pPr>
        <w:rPr>
          <w:lang w:val="ru-RU"/>
        </w:rPr>
      </w:pPr>
    </w:p>
    <w:p w14:paraId="734C28DA" w14:textId="77777777" w:rsidR="00181F75" w:rsidRPr="00205F16" w:rsidRDefault="00000000">
      <w:pPr>
        <w:rPr>
          <w:lang w:val="ru-RU"/>
        </w:rPr>
      </w:pPr>
      <w:proofErr w:type="spellStart"/>
      <w:r>
        <w:rPr>
          <w:b/>
          <w:sz w:val="26"/>
        </w:rPr>
        <w:t>Блок</w:t>
      </w:r>
      <w:proofErr w:type="spellEnd"/>
      <w:r>
        <w:rPr>
          <w:b/>
          <w:sz w:val="26"/>
        </w:rPr>
        <w:t xml:space="preserve"> 6. </w:t>
      </w:r>
      <w:proofErr w:type="spellStart"/>
      <w:r>
        <w:rPr>
          <w:b/>
          <w:sz w:val="26"/>
        </w:rPr>
        <w:t>Целевая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аудитория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47"/>
        <w:gridCol w:w="2633"/>
        <w:gridCol w:w="4856"/>
        <w:gridCol w:w="1926"/>
      </w:tblGrid>
      <w:tr w:rsidR="00FE0FB2" w:rsidRPr="00B4178D" w14:paraId="156930D5" w14:textId="77777777" w:rsidTr="00FE0FB2">
        <w:tc>
          <w:tcPr>
            <w:tcW w:w="554" w:type="dxa"/>
          </w:tcPr>
          <w:p w14:paraId="4BC825E9" w14:textId="77777777" w:rsidR="00FE0FB2" w:rsidRDefault="00FE0FB2" w:rsidP="00FE0FB2">
            <w:r>
              <w:t>№</w:t>
            </w:r>
          </w:p>
        </w:tc>
        <w:tc>
          <w:tcPr>
            <w:tcW w:w="2659" w:type="dxa"/>
          </w:tcPr>
          <w:p w14:paraId="58633914" w14:textId="77777777" w:rsidR="00FE0FB2" w:rsidRDefault="00FE0FB2" w:rsidP="00FE0FB2">
            <w:r>
              <w:t>Вопрос / параметр</w:t>
            </w:r>
          </w:p>
        </w:tc>
        <w:tc>
          <w:tcPr>
            <w:tcW w:w="4978" w:type="dxa"/>
          </w:tcPr>
          <w:p w14:paraId="7191A182" w14:textId="77777777" w:rsidR="00FE0FB2" w:rsidRDefault="00205F16" w:rsidP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1997" w:type="dxa"/>
          </w:tcPr>
          <w:p w14:paraId="7AEDF1FB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FE0FB2" w:rsidRPr="00B4178D" w14:paraId="361E37FB" w14:textId="77777777" w:rsidTr="00FE0FB2">
        <w:tc>
          <w:tcPr>
            <w:tcW w:w="554" w:type="dxa"/>
          </w:tcPr>
          <w:p w14:paraId="7F831E96" w14:textId="77777777" w:rsidR="005D4E19" w:rsidRDefault="00000000">
            <w:r>
              <w:t>28</w:t>
            </w:r>
          </w:p>
        </w:tc>
        <w:tc>
          <w:tcPr>
            <w:tcW w:w="2659" w:type="dxa"/>
          </w:tcPr>
          <w:p w14:paraId="64395E12" w14:textId="77777777" w:rsidR="00FE0FB2" w:rsidRDefault="00FE0FB2" w:rsidP="00FE0FB2">
            <w:r>
              <w:t>Сегменты ЦА (2–4)</w:t>
            </w:r>
          </w:p>
        </w:tc>
        <w:tc>
          <w:tcPr>
            <w:tcW w:w="4978" w:type="dxa"/>
          </w:tcPr>
          <w:p w14:paraId="07DAC2DE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Кто придет? зачем? </w:t>
            </w:r>
          </w:p>
        </w:tc>
        <w:tc>
          <w:tcPr>
            <w:tcW w:w="1997" w:type="dxa"/>
          </w:tcPr>
          <w:p w14:paraId="6E726875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3D8630D1" w14:textId="77777777" w:rsidTr="00FE0FB2">
        <w:tc>
          <w:tcPr>
            <w:tcW w:w="554" w:type="dxa"/>
          </w:tcPr>
          <w:p w14:paraId="40566C2E" w14:textId="77777777" w:rsidR="005D4E19" w:rsidRDefault="00000000">
            <w:r>
              <w:t>29</w:t>
            </w:r>
          </w:p>
        </w:tc>
        <w:tc>
          <w:tcPr>
            <w:tcW w:w="2659" w:type="dxa"/>
          </w:tcPr>
          <w:p w14:paraId="4E80EBF0" w14:textId="77777777" w:rsidR="00FE0FB2" w:rsidRDefault="00FE0FB2" w:rsidP="00FE0FB2">
            <w:r>
              <w:t>Ключевое сообщение в 1 фразе</w:t>
            </w:r>
          </w:p>
        </w:tc>
        <w:tc>
          <w:tcPr>
            <w:tcW w:w="4978" w:type="dxa"/>
          </w:tcPr>
          <w:p w14:paraId="42E83E1D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Что человек должен понять за 3 секунды</w:t>
            </w:r>
          </w:p>
        </w:tc>
        <w:tc>
          <w:tcPr>
            <w:tcW w:w="1997" w:type="dxa"/>
          </w:tcPr>
          <w:p w14:paraId="62A3B5E6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B4178D" w14:paraId="3FD14486" w14:textId="77777777" w:rsidTr="00FE0FB2">
        <w:tc>
          <w:tcPr>
            <w:tcW w:w="554" w:type="dxa"/>
          </w:tcPr>
          <w:p w14:paraId="600B89DB" w14:textId="77777777" w:rsidR="005D4E19" w:rsidRDefault="00000000">
            <w:r>
              <w:t>30</w:t>
            </w:r>
          </w:p>
        </w:tc>
        <w:tc>
          <w:tcPr>
            <w:tcW w:w="2659" w:type="dxa"/>
          </w:tcPr>
          <w:p w14:paraId="35B47EC9" w14:textId="77777777" w:rsidR="00FE0FB2" w:rsidRDefault="00FE0FB2" w:rsidP="00FE0FB2">
            <w:r>
              <w:t>«Образ/ассоциация» стенда (3–5 слов)</w:t>
            </w:r>
          </w:p>
        </w:tc>
        <w:tc>
          <w:tcPr>
            <w:tcW w:w="4978" w:type="dxa"/>
          </w:tcPr>
          <w:p w14:paraId="6870B1E5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Например: технологично/</w:t>
            </w:r>
            <w:proofErr w:type="spellStart"/>
            <w:r w:rsidRPr="00B4178D">
              <w:rPr>
                <w:lang w:val="ru-RU"/>
              </w:rPr>
              <w:t>премиально</w:t>
            </w:r>
            <w:proofErr w:type="spellEnd"/>
            <w:r w:rsidRPr="00B4178D">
              <w:rPr>
                <w:lang w:val="ru-RU"/>
              </w:rPr>
              <w:t>/</w:t>
            </w:r>
            <w:r w:rsidR="00205F16" w:rsidRPr="00B4178D">
              <w:rPr>
                <w:lang w:val="ru-RU"/>
              </w:rPr>
              <w:t xml:space="preserve"> </w:t>
            </w:r>
            <w:r w:rsidRPr="00B4178D">
              <w:rPr>
                <w:lang w:val="ru-RU"/>
              </w:rPr>
              <w:t>/надежно</w:t>
            </w:r>
          </w:p>
        </w:tc>
        <w:tc>
          <w:tcPr>
            <w:tcW w:w="1997" w:type="dxa"/>
          </w:tcPr>
          <w:p w14:paraId="466585F8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267DDDC3" w14:textId="77777777" w:rsidTr="00FE0FB2">
        <w:tc>
          <w:tcPr>
            <w:tcW w:w="554" w:type="dxa"/>
          </w:tcPr>
          <w:p w14:paraId="5A3EA2D1" w14:textId="77777777" w:rsidR="005D4E19" w:rsidRDefault="00000000">
            <w:r>
              <w:t>31</w:t>
            </w:r>
          </w:p>
        </w:tc>
        <w:tc>
          <w:tcPr>
            <w:tcW w:w="2659" w:type="dxa"/>
          </w:tcPr>
          <w:p w14:paraId="2FF91979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Что точно НЕ делать (запреты по стилю/образу)</w:t>
            </w:r>
          </w:p>
        </w:tc>
        <w:tc>
          <w:tcPr>
            <w:tcW w:w="4978" w:type="dxa"/>
          </w:tcPr>
          <w:p w14:paraId="0252FFDE" w14:textId="77777777" w:rsidR="00FE0FB2" w:rsidRPr="00B4178D" w:rsidRDefault="00FE0FB2" w:rsidP="00FE0FB2">
            <w:pPr>
              <w:rPr>
                <w:lang w:val="ru-RU"/>
              </w:rPr>
            </w:pPr>
          </w:p>
        </w:tc>
        <w:tc>
          <w:tcPr>
            <w:tcW w:w="1997" w:type="dxa"/>
          </w:tcPr>
          <w:p w14:paraId="452E9102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</w:tbl>
    <w:p w14:paraId="45B138C3" w14:textId="77777777" w:rsidR="00181F75" w:rsidRDefault="00181F75">
      <w:pPr>
        <w:rPr>
          <w:lang w:val="ru-RU"/>
        </w:rPr>
      </w:pPr>
    </w:p>
    <w:p w14:paraId="7731B903" w14:textId="77777777" w:rsidR="006A3159" w:rsidRPr="00B4178D" w:rsidRDefault="006A3159">
      <w:pPr>
        <w:rPr>
          <w:lang w:val="ru-RU"/>
        </w:rPr>
      </w:pPr>
    </w:p>
    <w:p w14:paraId="3ADB7026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7. Функциональные зоны (что должно быть на стенде)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8"/>
        <w:gridCol w:w="3138"/>
        <w:gridCol w:w="3329"/>
        <w:gridCol w:w="2827"/>
      </w:tblGrid>
      <w:tr w:rsidR="00FE0FB2" w:rsidRPr="00B4178D" w14:paraId="52457435" w14:textId="77777777" w:rsidTr="00FE0FB2">
        <w:tc>
          <w:tcPr>
            <w:tcW w:w="680" w:type="dxa"/>
          </w:tcPr>
          <w:p w14:paraId="0F6A3D72" w14:textId="77777777" w:rsidR="00FE0FB2" w:rsidRDefault="00FE0FB2" w:rsidP="00FE0FB2">
            <w:r>
              <w:t>№</w:t>
            </w:r>
          </w:p>
        </w:tc>
        <w:tc>
          <w:tcPr>
            <w:tcW w:w="3172" w:type="dxa"/>
          </w:tcPr>
          <w:p w14:paraId="79C3F782" w14:textId="77777777" w:rsidR="00FE0FB2" w:rsidRDefault="00FE0FB2" w:rsidP="00FE0FB2">
            <w:r>
              <w:t>Вопрос / параметр</w:t>
            </w:r>
          </w:p>
        </w:tc>
        <w:tc>
          <w:tcPr>
            <w:tcW w:w="3396" w:type="dxa"/>
          </w:tcPr>
          <w:p w14:paraId="6DFB1FCC" w14:textId="77777777" w:rsidR="00FE0FB2" w:rsidRDefault="00FE0FB2" w:rsidP="00FE0FB2">
            <w:r>
              <w:t>Подсказка / варианты ответа</w:t>
            </w:r>
          </w:p>
        </w:tc>
        <w:tc>
          <w:tcPr>
            <w:tcW w:w="2940" w:type="dxa"/>
          </w:tcPr>
          <w:p w14:paraId="55FFD2C3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FE0FB2" w14:paraId="715A5A74" w14:textId="77777777" w:rsidTr="00FE0FB2">
        <w:tc>
          <w:tcPr>
            <w:tcW w:w="680" w:type="dxa"/>
          </w:tcPr>
          <w:p w14:paraId="4D87E846" w14:textId="77777777" w:rsidR="005D4E19" w:rsidRDefault="00000000">
            <w:r>
              <w:t>32</w:t>
            </w:r>
          </w:p>
        </w:tc>
        <w:tc>
          <w:tcPr>
            <w:tcW w:w="3172" w:type="dxa"/>
          </w:tcPr>
          <w:p w14:paraId="71E6A928" w14:textId="77777777" w:rsidR="00FE0FB2" w:rsidRDefault="00FE0FB2" w:rsidP="00FE0FB2">
            <w:r>
              <w:t>Ресепшн/Welcome</w:t>
            </w:r>
          </w:p>
        </w:tc>
        <w:tc>
          <w:tcPr>
            <w:tcW w:w="3396" w:type="dxa"/>
          </w:tcPr>
          <w:p w14:paraId="38F45AAB" w14:textId="77777777" w:rsidR="00FE0FB2" w:rsidRDefault="00FE0FB2" w:rsidP="00FE0FB2"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Сколько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людей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одновременно</w:t>
            </w:r>
            <w:r w:rsidRPr="00B4178D">
              <w:rPr>
                <w:lang w:val="ru-RU"/>
              </w:rPr>
              <w:t xml:space="preserve">? </w:t>
            </w:r>
            <w:r>
              <w:t>___</w:t>
            </w:r>
          </w:p>
        </w:tc>
        <w:tc>
          <w:tcPr>
            <w:tcW w:w="2940" w:type="dxa"/>
          </w:tcPr>
          <w:p w14:paraId="114724C5" w14:textId="77777777" w:rsidR="00FE0FB2" w:rsidRDefault="00FE0FB2" w:rsidP="00FE0FB2"/>
        </w:tc>
      </w:tr>
      <w:tr w:rsidR="00FE0FB2" w14:paraId="69D074B7" w14:textId="77777777" w:rsidTr="00205F16">
        <w:trPr>
          <w:trHeight w:val="617"/>
        </w:trPr>
        <w:tc>
          <w:tcPr>
            <w:tcW w:w="680" w:type="dxa"/>
          </w:tcPr>
          <w:p w14:paraId="324CF985" w14:textId="77777777" w:rsidR="005D4E19" w:rsidRDefault="00000000">
            <w:r>
              <w:t>33</w:t>
            </w:r>
          </w:p>
        </w:tc>
        <w:tc>
          <w:tcPr>
            <w:tcW w:w="3172" w:type="dxa"/>
          </w:tcPr>
          <w:p w14:paraId="4E0D3403" w14:textId="77777777" w:rsidR="00FE0FB2" w:rsidRDefault="00FE0FB2" w:rsidP="00FE0FB2">
            <w:r>
              <w:t>Демо/витрины/шоукейс</w:t>
            </w:r>
          </w:p>
        </w:tc>
        <w:tc>
          <w:tcPr>
            <w:tcW w:w="3396" w:type="dxa"/>
          </w:tcPr>
          <w:p w14:paraId="6B9148FA" w14:textId="77777777" w:rsidR="00FE0FB2" w:rsidRDefault="00FE0FB2" w:rsidP="00FE0FB2">
            <w:r>
              <w:t>Что демонстрируем и как?</w:t>
            </w:r>
          </w:p>
        </w:tc>
        <w:tc>
          <w:tcPr>
            <w:tcW w:w="2940" w:type="dxa"/>
          </w:tcPr>
          <w:p w14:paraId="3FA9A29F" w14:textId="77777777" w:rsidR="00FE0FB2" w:rsidRDefault="00FE0FB2" w:rsidP="00FE0FB2"/>
        </w:tc>
      </w:tr>
      <w:tr w:rsidR="00FE0FB2" w14:paraId="654A03E9" w14:textId="77777777" w:rsidTr="00FE0FB2">
        <w:tc>
          <w:tcPr>
            <w:tcW w:w="680" w:type="dxa"/>
          </w:tcPr>
          <w:p w14:paraId="7D1A9134" w14:textId="77777777" w:rsidR="005D4E19" w:rsidRDefault="00000000">
            <w:r>
              <w:t>34</w:t>
            </w:r>
          </w:p>
        </w:tc>
        <w:tc>
          <w:tcPr>
            <w:tcW w:w="3172" w:type="dxa"/>
          </w:tcPr>
          <w:p w14:paraId="7F417A56" w14:textId="15854D1B" w:rsidR="00FE0FB2" w:rsidRPr="00205F16" w:rsidRDefault="00495DF0" w:rsidP="00FE0FB2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Переговорка</w:t>
            </w:r>
            <w:proofErr w:type="spellEnd"/>
            <w:r>
              <w:rPr>
                <w:lang w:val="ru-RU"/>
              </w:rPr>
              <w:t xml:space="preserve"> открытая</w:t>
            </w:r>
            <w:r w:rsidR="00FE0FB2">
              <w:t xml:space="preserve"> </w:t>
            </w:r>
          </w:p>
        </w:tc>
        <w:tc>
          <w:tcPr>
            <w:tcW w:w="3396" w:type="dxa"/>
          </w:tcPr>
          <w:p w14:paraId="0DFF3E97" w14:textId="77777777" w:rsidR="00FE0FB2" w:rsidRDefault="00FE0FB2" w:rsidP="00FE0FB2">
            <w:proofErr w:type="spellStart"/>
            <w:r>
              <w:t>Нужно</w:t>
            </w:r>
            <w:proofErr w:type="spellEnd"/>
            <w:r>
              <w:t xml:space="preserve">?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rPr>
                <w:rFonts w:cs="Calibri"/>
              </w:rPr>
              <w:t>Да</w:t>
            </w:r>
            <w:proofErr w:type="spellEnd"/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rPr>
                <w:rFonts w:cs="Calibri"/>
              </w:rPr>
              <w:t>Нет</w:t>
            </w:r>
            <w:proofErr w:type="spellEnd"/>
            <w:r>
              <w:t xml:space="preserve">. </w:t>
            </w:r>
            <w:r>
              <w:rPr>
                <w:rFonts w:cs="Calibri"/>
              </w:rPr>
              <w:t>Мест</w:t>
            </w:r>
            <w:r>
              <w:t>: ___</w:t>
            </w:r>
          </w:p>
        </w:tc>
        <w:tc>
          <w:tcPr>
            <w:tcW w:w="2940" w:type="dxa"/>
          </w:tcPr>
          <w:p w14:paraId="1410D863" w14:textId="77777777" w:rsidR="00FE0FB2" w:rsidRDefault="00FE0FB2" w:rsidP="00FE0FB2"/>
        </w:tc>
      </w:tr>
      <w:tr w:rsidR="00FE0FB2" w:rsidRPr="00B4178D" w14:paraId="7CEDC666" w14:textId="77777777" w:rsidTr="00FE0FB2">
        <w:tc>
          <w:tcPr>
            <w:tcW w:w="680" w:type="dxa"/>
          </w:tcPr>
          <w:p w14:paraId="6384F974" w14:textId="77777777" w:rsidR="005D4E19" w:rsidRDefault="00000000">
            <w:r>
              <w:t>35</w:t>
            </w:r>
          </w:p>
        </w:tc>
        <w:tc>
          <w:tcPr>
            <w:tcW w:w="3172" w:type="dxa"/>
          </w:tcPr>
          <w:p w14:paraId="7F62C1FC" w14:textId="77777777" w:rsidR="00FE0FB2" w:rsidRDefault="00FE0FB2" w:rsidP="00FE0FB2">
            <w:r>
              <w:t>Переговорка закрытая</w:t>
            </w:r>
          </w:p>
        </w:tc>
        <w:tc>
          <w:tcPr>
            <w:tcW w:w="3396" w:type="dxa"/>
          </w:tcPr>
          <w:p w14:paraId="0AB8E181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Вместимость</w:t>
            </w:r>
            <w:r w:rsidRPr="00B4178D">
              <w:rPr>
                <w:lang w:val="ru-RU"/>
              </w:rPr>
              <w:t xml:space="preserve">: </w:t>
            </w:r>
          </w:p>
        </w:tc>
        <w:tc>
          <w:tcPr>
            <w:tcW w:w="2940" w:type="dxa"/>
          </w:tcPr>
          <w:p w14:paraId="71AFB633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5573BA5B" w14:textId="77777777" w:rsidTr="00205F16">
        <w:trPr>
          <w:trHeight w:val="539"/>
        </w:trPr>
        <w:tc>
          <w:tcPr>
            <w:tcW w:w="680" w:type="dxa"/>
          </w:tcPr>
          <w:p w14:paraId="48E12B45" w14:textId="77777777" w:rsidR="005D4E19" w:rsidRDefault="00000000">
            <w:r>
              <w:t>36</w:t>
            </w:r>
          </w:p>
        </w:tc>
        <w:tc>
          <w:tcPr>
            <w:tcW w:w="3172" w:type="dxa"/>
          </w:tcPr>
          <w:p w14:paraId="0145C56B" w14:textId="77777777" w:rsidR="00FE0FB2" w:rsidRDefault="00FE0FB2" w:rsidP="00FE0FB2">
            <w:r>
              <w:t>VIP-комната</w:t>
            </w:r>
          </w:p>
        </w:tc>
        <w:tc>
          <w:tcPr>
            <w:tcW w:w="3396" w:type="dxa"/>
          </w:tcPr>
          <w:p w14:paraId="6CB35B0E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Для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кого</w:t>
            </w:r>
            <w:r w:rsidRPr="00B4178D">
              <w:rPr>
                <w:lang w:val="ru-RU"/>
              </w:rPr>
              <w:t>?</w:t>
            </w:r>
          </w:p>
        </w:tc>
        <w:tc>
          <w:tcPr>
            <w:tcW w:w="2940" w:type="dxa"/>
          </w:tcPr>
          <w:p w14:paraId="37B92957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05231C23" w14:textId="77777777" w:rsidTr="00205F16">
        <w:trPr>
          <w:trHeight w:val="689"/>
        </w:trPr>
        <w:tc>
          <w:tcPr>
            <w:tcW w:w="680" w:type="dxa"/>
          </w:tcPr>
          <w:p w14:paraId="53C12766" w14:textId="77777777" w:rsidR="005D4E19" w:rsidRDefault="00000000">
            <w:r>
              <w:t>37</w:t>
            </w:r>
          </w:p>
        </w:tc>
        <w:tc>
          <w:tcPr>
            <w:tcW w:w="3172" w:type="dxa"/>
          </w:tcPr>
          <w:p w14:paraId="341154F0" w14:textId="77777777" w:rsidR="00FE0FB2" w:rsidRDefault="00FE0FB2" w:rsidP="00FE0FB2">
            <w:r>
              <w:t>Склад/подсобка/бек-офис</w:t>
            </w:r>
          </w:p>
        </w:tc>
        <w:tc>
          <w:tcPr>
            <w:tcW w:w="3396" w:type="dxa"/>
          </w:tcPr>
          <w:p w14:paraId="17F44FB6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proofErr w:type="gramStart"/>
            <w:r w:rsidRPr="00B4178D">
              <w:rPr>
                <w:rFonts w:cs="Calibri"/>
                <w:lang w:val="ru-RU"/>
              </w:rPr>
              <w:t>Объем</w:t>
            </w:r>
            <w:r w:rsidRPr="00B4178D">
              <w:rPr>
                <w:lang w:val="ru-RU"/>
              </w:rPr>
              <w:t xml:space="preserve">: </w:t>
            </w:r>
            <w:r w:rsidR="00205F16">
              <w:rPr>
                <w:lang w:val="ru-RU"/>
              </w:rPr>
              <w:t xml:space="preserve">  </w:t>
            </w:r>
            <w:proofErr w:type="gramEnd"/>
            <w:r w:rsidR="00205F16">
              <w:rPr>
                <w:lang w:val="ru-RU"/>
              </w:rPr>
              <w:t xml:space="preserve">        Экспонируемая продукция</w:t>
            </w:r>
          </w:p>
        </w:tc>
        <w:tc>
          <w:tcPr>
            <w:tcW w:w="2940" w:type="dxa"/>
          </w:tcPr>
          <w:p w14:paraId="12A2A866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14:paraId="08623A64" w14:textId="77777777" w:rsidTr="00FE0FB2">
        <w:tc>
          <w:tcPr>
            <w:tcW w:w="680" w:type="dxa"/>
          </w:tcPr>
          <w:p w14:paraId="2EFB1E58" w14:textId="77777777" w:rsidR="005D4E19" w:rsidRDefault="00000000">
            <w:r>
              <w:t>38</w:t>
            </w:r>
          </w:p>
        </w:tc>
        <w:tc>
          <w:tcPr>
            <w:tcW w:w="3172" w:type="dxa"/>
          </w:tcPr>
          <w:p w14:paraId="72C7CF36" w14:textId="77777777" w:rsidR="00FE0FB2" w:rsidRPr="00205F16" w:rsidRDefault="00FE0FB2" w:rsidP="00FE0FB2">
            <w:pPr>
              <w:rPr>
                <w:lang w:val="ru-RU"/>
              </w:rPr>
            </w:pPr>
            <w:proofErr w:type="spellStart"/>
            <w:r>
              <w:t>Кофе-точка</w:t>
            </w:r>
            <w:proofErr w:type="spellEnd"/>
            <w:r>
              <w:t>/</w:t>
            </w:r>
            <w:proofErr w:type="spellStart"/>
            <w:r>
              <w:t>бар</w:t>
            </w:r>
            <w:proofErr w:type="spellEnd"/>
          </w:p>
        </w:tc>
        <w:tc>
          <w:tcPr>
            <w:tcW w:w="3396" w:type="dxa"/>
          </w:tcPr>
          <w:p w14:paraId="76654220" w14:textId="77777777" w:rsidR="00FE0FB2" w:rsidRDefault="00FE0FB2" w:rsidP="00FE0FB2"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Нужна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вода</w:t>
            </w:r>
            <w:r w:rsidRPr="00B4178D">
              <w:rPr>
                <w:lang w:val="ru-RU"/>
              </w:rPr>
              <w:t xml:space="preserve">?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rPr>
                <w:rFonts w:cs="Calibri"/>
              </w:rPr>
              <w:t>Нет</w:t>
            </w:r>
            <w:proofErr w:type="spellEnd"/>
          </w:p>
        </w:tc>
        <w:tc>
          <w:tcPr>
            <w:tcW w:w="2940" w:type="dxa"/>
          </w:tcPr>
          <w:p w14:paraId="25A6BB0A" w14:textId="77777777" w:rsidR="00FE0FB2" w:rsidRDefault="00FE0FB2" w:rsidP="00FE0FB2"/>
        </w:tc>
      </w:tr>
      <w:tr w:rsidR="00FE0FB2" w:rsidRPr="002E2D66" w14:paraId="1DB6C69E" w14:textId="77777777" w:rsidTr="00FE0FB2">
        <w:tc>
          <w:tcPr>
            <w:tcW w:w="680" w:type="dxa"/>
          </w:tcPr>
          <w:p w14:paraId="3B66B3F1" w14:textId="77777777" w:rsidR="005D4E19" w:rsidRDefault="00000000">
            <w:r>
              <w:t>39</w:t>
            </w:r>
          </w:p>
        </w:tc>
        <w:tc>
          <w:tcPr>
            <w:tcW w:w="3172" w:type="dxa"/>
          </w:tcPr>
          <w:p w14:paraId="6E12056E" w14:textId="77777777" w:rsidR="00FE0FB2" w:rsidRDefault="00FE0FB2" w:rsidP="00FE0FB2">
            <w:r>
              <w:t>Фотозона/интерактив</w:t>
            </w:r>
          </w:p>
        </w:tc>
        <w:tc>
          <w:tcPr>
            <w:tcW w:w="3396" w:type="dxa"/>
          </w:tcPr>
          <w:p w14:paraId="446747D8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Что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за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механика</w:t>
            </w:r>
            <w:r w:rsidRPr="00B4178D">
              <w:rPr>
                <w:lang w:val="ru-RU"/>
              </w:rPr>
              <w:t>?</w:t>
            </w:r>
          </w:p>
        </w:tc>
        <w:tc>
          <w:tcPr>
            <w:tcW w:w="2940" w:type="dxa"/>
          </w:tcPr>
          <w:p w14:paraId="493BFF1D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54E0824F" w14:textId="77777777" w:rsidTr="00FE0FB2">
        <w:tc>
          <w:tcPr>
            <w:tcW w:w="680" w:type="dxa"/>
          </w:tcPr>
          <w:p w14:paraId="07EE4F07" w14:textId="77777777" w:rsidR="005D4E19" w:rsidRDefault="00000000">
            <w:r>
              <w:t>40</w:t>
            </w:r>
          </w:p>
        </w:tc>
        <w:tc>
          <w:tcPr>
            <w:tcW w:w="3172" w:type="dxa"/>
          </w:tcPr>
          <w:p w14:paraId="5C5A78C9" w14:textId="77777777" w:rsidR="00FE0FB2" w:rsidRDefault="00FE0FB2" w:rsidP="00FE0FB2">
            <w:r>
              <w:t>Сцена/питч-зона</w:t>
            </w:r>
          </w:p>
        </w:tc>
        <w:tc>
          <w:tcPr>
            <w:tcW w:w="3396" w:type="dxa"/>
          </w:tcPr>
          <w:p w14:paraId="15D8AE88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Нужно?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Нет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Формат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звука</w:t>
            </w:r>
            <w:r w:rsidRPr="00B4178D">
              <w:rPr>
                <w:lang w:val="ru-RU"/>
              </w:rPr>
              <w:t xml:space="preserve">: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без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тихо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наушники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микрофон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акустика</w:t>
            </w:r>
          </w:p>
        </w:tc>
        <w:tc>
          <w:tcPr>
            <w:tcW w:w="2940" w:type="dxa"/>
          </w:tcPr>
          <w:p w14:paraId="34AC6662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</w:tbl>
    <w:p w14:paraId="43F40031" w14:textId="77777777" w:rsidR="00181F75" w:rsidRDefault="00181F75">
      <w:pPr>
        <w:rPr>
          <w:lang w:val="ru-RU"/>
        </w:rPr>
      </w:pPr>
    </w:p>
    <w:p w14:paraId="7BC34B38" w14:textId="77777777" w:rsidR="006A3159" w:rsidRDefault="006A3159">
      <w:pPr>
        <w:rPr>
          <w:lang w:val="ru-RU"/>
        </w:rPr>
      </w:pPr>
    </w:p>
    <w:p w14:paraId="6B74860F" w14:textId="77777777" w:rsidR="006A3159" w:rsidRDefault="006A3159">
      <w:pPr>
        <w:rPr>
          <w:lang w:val="ru-RU"/>
        </w:rPr>
      </w:pPr>
    </w:p>
    <w:p w14:paraId="108F2759" w14:textId="77777777" w:rsidR="006A3159" w:rsidRDefault="006A3159">
      <w:pPr>
        <w:rPr>
          <w:lang w:val="ru-RU"/>
        </w:rPr>
      </w:pPr>
    </w:p>
    <w:p w14:paraId="1D131940" w14:textId="77777777" w:rsidR="006A3159" w:rsidRDefault="006A3159">
      <w:pPr>
        <w:rPr>
          <w:lang w:val="ru-RU"/>
        </w:rPr>
      </w:pPr>
    </w:p>
    <w:p w14:paraId="02B83C6F" w14:textId="4993AA64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lastRenderedPageBreak/>
        <w:t>Блок 8. Экспонаты и продукт (важно для конструктива)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3321"/>
        <w:gridCol w:w="2976"/>
        <w:gridCol w:w="3276"/>
      </w:tblGrid>
      <w:tr w:rsidR="00FE0FB2" w:rsidRPr="00B4178D" w14:paraId="7FC4F8CA" w14:textId="77777777" w:rsidTr="00205F16">
        <w:tc>
          <w:tcPr>
            <w:tcW w:w="615" w:type="dxa"/>
          </w:tcPr>
          <w:p w14:paraId="70F31FA0" w14:textId="77777777" w:rsidR="00FE0FB2" w:rsidRDefault="00FE0FB2" w:rsidP="00FE0FB2">
            <w:r>
              <w:t>№</w:t>
            </w:r>
          </w:p>
        </w:tc>
        <w:tc>
          <w:tcPr>
            <w:tcW w:w="3321" w:type="dxa"/>
          </w:tcPr>
          <w:p w14:paraId="3A112AE6" w14:textId="77777777" w:rsidR="00FE0FB2" w:rsidRDefault="00FE0FB2" w:rsidP="00FE0FB2">
            <w:r>
              <w:t>Вопрос / параметр</w:t>
            </w:r>
          </w:p>
        </w:tc>
        <w:tc>
          <w:tcPr>
            <w:tcW w:w="2976" w:type="dxa"/>
          </w:tcPr>
          <w:p w14:paraId="3FA78801" w14:textId="77777777" w:rsidR="00FE0FB2" w:rsidRDefault="00205F16" w:rsidP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3276" w:type="dxa"/>
          </w:tcPr>
          <w:p w14:paraId="19196F06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FE0FB2" w:rsidRPr="00B4178D" w14:paraId="175CC362" w14:textId="77777777" w:rsidTr="006A3159">
        <w:trPr>
          <w:trHeight w:val="710"/>
        </w:trPr>
        <w:tc>
          <w:tcPr>
            <w:tcW w:w="615" w:type="dxa"/>
          </w:tcPr>
          <w:p w14:paraId="428965C1" w14:textId="77777777" w:rsidR="005D4E19" w:rsidRDefault="00000000">
            <w:r>
              <w:t>41</w:t>
            </w:r>
          </w:p>
        </w:tc>
        <w:tc>
          <w:tcPr>
            <w:tcW w:w="3321" w:type="dxa"/>
          </w:tcPr>
          <w:p w14:paraId="2C116712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Что показываем (продукт/услуга)</w:t>
            </w:r>
          </w:p>
        </w:tc>
        <w:tc>
          <w:tcPr>
            <w:tcW w:w="2976" w:type="dxa"/>
          </w:tcPr>
          <w:p w14:paraId="32ABDBBB" w14:textId="77777777" w:rsidR="00FE0FB2" w:rsidRPr="00B4178D" w:rsidRDefault="00FE0FB2" w:rsidP="00FE0FB2">
            <w:pPr>
              <w:rPr>
                <w:lang w:val="ru-RU"/>
              </w:rPr>
            </w:pPr>
          </w:p>
        </w:tc>
        <w:tc>
          <w:tcPr>
            <w:tcW w:w="3276" w:type="dxa"/>
          </w:tcPr>
          <w:p w14:paraId="061965A3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14:paraId="1B4A26BE" w14:textId="77777777" w:rsidTr="00205F16">
        <w:trPr>
          <w:trHeight w:val="1276"/>
        </w:trPr>
        <w:tc>
          <w:tcPr>
            <w:tcW w:w="615" w:type="dxa"/>
          </w:tcPr>
          <w:p w14:paraId="5CC03DAC" w14:textId="77777777" w:rsidR="005D4E19" w:rsidRDefault="00000000">
            <w:r>
              <w:t>42</w:t>
            </w:r>
          </w:p>
        </w:tc>
        <w:tc>
          <w:tcPr>
            <w:tcW w:w="3321" w:type="dxa"/>
          </w:tcPr>
          <w:p w14:paraId="560ADCBB" w14:textId="77777777" w:rsidR="00FE0FB2" w:rsidRDefault="00FE0FB2" w:rsidP="00FE0FB2">
            <w:r>
              <w:t>Список ключевых экспонатов (название)</w:t>
            </w:r>
          </w:p>
        </w:tc>
        <w:tc>
          <w:tcPr>
            <w:tcW w:w="2976" w:type="dxa"/>
          </w:tcPr>
          <w:p w14:paraId="79C2C553" w14:textId="77777777" w:rsidR="00FE0FB2" w:rsidRDefault="00FE0FB2" w:rsidP="00FE0FB2">
            <w:r>
              <w:t>Можно таблицей/вложением</w:t>
            </w:r>
          </w:p>
        </w:tc>
        <w:tc>
          <w:tcPr>
            <w:tcW w:w="3276" w:type="dxa"/>
          </w:tcPr>
          <w:p w14:paraId="401907B9" w14:textId="77777777" w:rsidR="00FE0FB2" w:rsidRDefault="00FE0FB2" w:rsidP="00FE0FB2"/>
        </w:tc>
      </w:tr>
      <w:tr w:rsidR="00FE0FB2" w:rsidRPr="002E2D66" w14:paraId="5588E743" w14:textId="77777777" w:rsidTr="00205F16">
        <w:trPr>
          <w:trHeight w:val="1252"/>
        </w:trPr>
        <w:tc>
          <w:tcPr>
            <w:tcW w:w="615" w:type="dxa"/>
          </w:tcPr>
          <w:p w14:paraId="06BCF509" w14:textId="77777777" w:rsidR="005D4E19" w:rsidRDefault="00000000">
            <w:r>
              <w:t>43</w:t>
            </w:r>
          </w:p>
        </w:tc>
        <w:tc>
          <w:tcPr>
            <w:tcW w:w="3321" w:type="dxa"/>
          </w:tcPr>
          <w:p w14:paraId="1A10FB9E" w14:textId="77777777" w:rsidR="00FE0FB2" w:rsidRDefault="00FE0FB2" w:rsidP="00FE0FB2">
            <w:r>
              <w:t>Габариты/вес экспонатов</w:t>
            </w:r>
          </w:p>
        </w:tc>
        <w:tc>
          <w:tcPr>
            <w:tcW w:w="2976" w:type="dxa"/>
          </w:tcPr>
          <w:p w14:paraId="1891895C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Для каждого (Д×Ш×В, кг) / </w:t>
            </w:r>
            <w:r>
              <w:t>TBD</w:t>
            </w:r>
          </w:p>
        </w:tc>
        <w:tc>
          <w:tcPr>
            <w:tcW w:w="3276" w:type="dxa"/>
          </w:tcPr>
          <w:p w14:paraId="224F414D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14:paraId="191E1D83" w14:textId="77777777" w:rsidTr="00205F16">
        <w:trPr>
          <w:trHeight w:val="1128"/>
        </w:trPr>
        <w:tc>
          <w:tcPr>
            <w:tcW w:w="615" w:type="dxa"/>
          </w:tcPr>
          <w:p w14:paraId="001CC957" w14:textId="77777777" w:rsidR="005D4E19" w:rsidRDefault="00000000">
            <w:r>
              <w:t>44</w:t>
            </w:r>
          </w:p>
        </w:tc>
        <w:tc>
          <w:tcPr>
            <w:tcW w:w="3321" w:type="dxa"/>
          </w:tcPr>
          <w:p w14:paraId="6B64B378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Нужны ли витрины/подиумы/крепления/антивор?</w:t>
            </w:r>
          </w:p>
        </w:tc>
        <w:tc>
          <w:tcPr>
            <w:tcW w:w="2976" w:type="dxa"/>
          </w:tcPr>
          <w:p w14:paraId="1145EA86" w14:textId="77777777" w:rsidR="00FE0FB2" w:rsidRDefault="00FE0FB2" w:rsidP="00FE0FB2"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(</w:t>
            </w:r>
            <w:proofErr w:type="spellStart"/>
            <w:r>
              <w:t>описать</w:t>
            </w:r>
            <w:proofErr w:type="spellEnd"/>
            <w:r>
              <w:t xml:space="preserve">)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rPr>
                <w:rFonts w:cs="Calibri"/>
              </w:rPr>
              <w:t>Нет</w:t>
            </w:r>
            <w:proofErr w:type="spellEnd"/>
            <w: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TBD</w:t>
            </w:r>
          </w:p>
        </w:tc>
        <w:tc>
          <w:tcPr>
            <w:tcW w:w="3276" w:type="dxa"/>
          </w:tcPr>
          <w:p w14:paraId="4242D625" w14:textId="77777777" w:rsidR="00FE0FB2" w:rsidRDefault="00FE0FB2" w:rsidP="00FE0FB2"/>
        </w:tc>
      </w:tr>
      <w:tr w:rsidR="00FE0FB2" w:rsidRPr="002E2D66" w14:paraId="3C595EDE" w14:textId="77777777" w:rsidTr="00205F16">
        <w:trPr>
          <w:trHeight w:val="704"/>
        </w:trPr>
        <w:tc>
          <w:tcPr>
            <w:tcW w:w="615" w:type="dxa"/>
          </w:tcPr>
          <w:p w14:paraId="335EFCCA" w14:textId="77777777" w:rsidR="005D4E19" w:rsidRDefault="00000000">
            <w:r>
              <w:t>45</w:t>
            </w:r>
          </w:p>
        </w:tc>
        <w:tc>
          <w:tcPr>
            <w:tcW w:w="3321" w:type="dxa"/>
          </w:tcPr>
          <w:p w14:paraId="5E148ED3" w14:textId="77777777" w:rsidR="00FE0FB2" w:rsidRDefault="00FE0FB2" w:rsidP="00FE0FB2">
            <w:r>
              <w:t>Нужно ли питание экспонатам?</w:t>
            </w:r>
          </w:p>
        </w:tc>
        <w:tc>
          <w:tcPr>
            <w:tcW w:w="2976" w:type="dxa"/>
          </w:tcPr>
          <w:p w14:paraId="55B80C64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Нет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: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220</w:t>
            </w:r>
            <w:r>
              <w:t>V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380</w:t>
            </w:r>
            <w:r>
              <w:t>V</w:t>
            </w:r>
            <w:r w:rsidRPr="00B4178D">
              <w:rPr>
                <w:lang w:val="ru-RU"/>
              </w:rPr>
              <w:t>; мощность: ___ кВт</w:t>
            </w:r>
          </w:p>
        </w:tc>
        <w:tc>
          <w:tcPr>
            <w:tcW w:w="3276" w:type="dxa"/>
          </w:tcPr>
          <w:p w14:paraId="10C04D12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65CB55E5" w14:textId="77777777" w:rsidTr="00205F16">
        <w:tc>
          <w:tcPr>
            <w:tcW w:w="615" w:type="dxa"/>
          </w:tcPr>
          <w:p w14:paraId="4B992E62" w14:textId="77777777" w:rsidR="005D4E19" w:rsidRDefault="00000000">
            <w:r>
              <w:t>46</w:t>
            </w:r>
          </w:p>
        </w:tc>
        <w:tc>
          <w:tcPr>
            <w:tcW w:w="3321" w:type="dxa"/>
          </w:tcPr>
          <w:p w14:paraId="4E95473C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 ли «новинка/премьера», которую надо выделить?</w:t>
            </w:r>
          </w:p>
        </w:tc>
        <w:tc>
          <w:tcPr>
            <w:tcW w:w="2976" w:type="dxa"/>
          </w:tcPr>
          <w:p w14:paraId="4FDA9646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Что именно и как выделяем</w:t>
            </w:r>
          </w:p>
        </w:tc>
        <w:tc>
          <w:tcPr>
            <w:tcW w:w="3276" w:type="dxa"/>
          </w:tcPr>
          <w:p w14:paraId="0FC3CE3B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</w:tbl>
    <w:p w14:paraId="44AB0F54" w14:textId="77777777" w:rsidR="00181F75" w:rsidRPr="00B4178D" w:rsidRDefault="00181F75">
      <w:pPr>
        <w:rPr>
          <w:lang w:val="ru-RU"/>
        </w:rPr>
      </w:pPr>
    </w:p>
    <w:p w14:paraId="7177DAE3" w14:textId="77777777" w:rsidR="00181F75" w:rsidRDefault="00000000">
      <w:proofErr w:type="spellStart"/>
      <w:r>
        <w:rPr>
          <w:b/>
          <w:sz w:val="26"/>
        </w:rPr>
        <w:t>Блок</w:t>
      </w:r>
      <w:proofErr w:type="spellEnd"/>
      <w:r>
        <w:rPr>
          <w:b/>
          <w:sz w:val="26"/>
        </w:rPr>
        <w:t xml:space="preserve"> 9. Дизайн, бренд и материалы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7"/>
        <w:gridCol w:w="3119"/>
        <w:gridCol w:w="3340"/>
        <w:gridCol w:w="2836"/>
      </w:tblGrid>
      <w:tr w:rsidR="00FE0FB2" w:rsidRPr="00B4178D" w14:paraId="25530C07" w14:textId="77777777" w:rsidTr="00FE0FB2">
        <w:tc>
          <w:tcPr>
            <w:tcW w:w="679" w:type="dxa"/>
          </w:tcPr>
          <w:p w14:paraId="1E151A59" w14:textId="77777777" w:rsidR="00FE0FB2" w:rsidRDefault="00FE0FB2" w:rsidP="00FE0FB2">
            <w:r>
              <w:t>№</w:t>
            </w:r>
          </w:p>
        </w:tc>
        <w:tc>
          <w:tcPr>
            <w:tcW w:w="3171" w:type="dxa"/>
          </w:tcPr>
          <w:p w14:paraId="2AA080C1" w14:textId="77777777" w:rsidR="00FE0FB2" w:rsidRDefault="00FE0FB2" w:rsidP="00FE0FB2">
            <w:r>
              <w:t>Вопрос / параметр</w:t>
            </w:r>
          </w:p>
        </w:tc>
        <w:tc>
          <w:tcPr>
            <w:tcW w:w="3397" w:type="dxa"/>
          </w:tcPr>
          <w:p w14:paraId="6A783D55" w14:textId="77777777" w:rsidR="00FE0FB2" w:rsidRDefault="00205F16" w:rsidP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41" w:type="dxa"/>
          </w:tcPr>
          <w:p w14:paraId="21D5E230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09598845" w14:textId="77777777" w:rsidTr="00FE0FB2">
        <w:tc>
          <w:tcPr>
            <w:tcW w:w="679" w:type="dxa"/>
          </w:tcPr>
          <w:p w14:paraId="7E01320B" w14:textId="77777777" w:rsidR="005D4E19" w:rsidRDefault="00000000">
            <w:r>
              <w:t>47</w:t>
            </w:r>
          </w:p>
        </w:tc>
        <w:tc>
          <w:tcPr>
            <w:tcW w:w="3171" w:type="dxa"/>
          </w:tcPr>
          <w:p w14:paraId="0EE9D778" w14:textId="77777777" w:rsidR="00181F75" w:rsidRDefault="00000000">
            <w:r>
              <w:t>Брендбук/гайдлайн</w:t>
            </w:r>
          </w:p>
        </w:tc>
        <w:tc>
          <w:tcPr>
            <w:tcW w:w="3397" w:type="dxa"/>
          </w:tcPr>
          <w:p w14:paraId="3BFBD9A8" w14:textId="77777777" w:rsidR="00181F75" w:rsidRDefault="00000000">
            <w:r>
              <w:t>☐ Есть (приложить) ☐ Нет ☐ Частично</w:t>
            </w:r>
          </w:p>
        </w:tc>
        <w:tc>
          <w:tcPr>
            <w:tcW w:w="2941" w:type="dxa"/>
          </w:tcPr>
          <w:p w14:paraId="47D9CB50" w14:textId="77777777" w:rsidR="00181F75" w:rsidRDefault="00181F75"/>
        </w:tc>
      </w:tr>
      <w:tr w:rsidR="00181F75" w14:paraId="60AFCEE3" w14:textId="77777777" w:rsidTr="00205F16">
        <w:trPr>
          <w:trHeight w:val="892"/>
        </w:trPr>
        <w:tc>
          <w:tcPr>
            <w:tcW w:w="679" w:type="dxa"/>
          </w:tcPr>
          <w:p w14:paraId="4ACD6820" w14:textId="77777777" w:rsidR="005D4E19" w:rsidRDefault="00000000">
            <w:r>
              <w:t>48</w:t>
            </w:r>
          </w:p>
        </w:tc>
        <w:tc>
          <w:tcPr>
            <w:tcW w:w="3171" w:type="dxa"/>
          </w:tcPr>
          <w:p w14:paraId="45208225" w14:textId="77777777" w:rsidR="00181F75" w:rsidRDefault="00000000">
            <w:r>
              <w:t>Логотипы/слоганы, которые обязательны</w:t>
            </w:r>
          </w:p>
        </w:tc>
        <w:tc>
          <w:tcPr>
            <w:tcW w:w="3397" w:type="dxa"/>
          </w:tcPr>
          <w:p w14:paraId="0B2D9C36" w14:textId="77777777" w:rsidR="00181F75" w:rsidRDefault="00000000">
            <w:r>
              <w:t>Какие и где желательно</w:t>
            </w:r>
          </w:p>
        </w:tc>
        <w:tc>
          <w:tcPr>
            <w:tcW w:w="2941" w:type="dxa"/>
          </w:tcPr>
          <w:p w14:paraId="6FCE8421" w14:textId="77777777" w:rsidR="00181F75" w:rsidRDefault="00181F75"/>
        </w:tc>
      </w:tr>
      <w:tr w:rsidR="00181F75" w14:paraId="7F52C476" w14:textId="77777777" w:rsidTr="00FE0FB2">
        <w:tc>
          <w:tcPr>
            <w:tcW w:w="679" w:type="dxa"/>
          </w:tcPr>
          <w:p w14:paraId="53A0BFB1" w14:textId="77777777" w:rsidR="005D4E19" w:rsidRDefault="00000000">
            <w:r>
              <w:t>49</w:t>
            </w:r>
          </w:p>
        </w:tc>
        <w:tc>
          <w:tcPr>
            <w:tcW w:w="3171" w:type="dxa"/>
          </w:tcPr>
          <w:p w14:paraId="58E6D25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Цвета/шрифты (если нет брендбука)</w:t>
            </w:r>
          </w:p>
        </w:tc>
        <w:tc>
          <w:tcPr>
            <w:tcW w:w="3397" w:type="dxa"/>
          </w:tcPr>
          <w:p w14:paraId="2A209380" w14:textId="77777777" w:rsidR="00181F75" w:rsidRDefault="00000000">
            <w:r>
              <w:t>HEX/Pantone/</w:t>
            </w:r>
            <w:proofErr w:type="spellStart"/>
            <w:r>
              <w:t>пример</w:t>
            </w:r>
            <w:proofErr w:type="spellEnd"/>
          </w:p>
        </w:tc>
        <w:tc>
          <w:tcPr>
            <w:tcW w:w="2941" w:type="dxa"/>
          </w:tcPr>
          <w:p w14:paraId="3EC74FF2" w14:textId="77777777" w:rsidR="00181F75" w:rsidRDefault="00181F75"/>
        </w:tc>
      </w:tr>
      <w:tr w:rsidR="00181F75" w:rsidRPr="002E2D66" w14:paraId="1798B76F" w14:textId="77777777" w:rsidTr="006A3159">
        <w:trPr>
          <w:trHeight w:val="569"/>
        </w:trPr>
        <w:tc>
          <w:tcPr>
            <w:tcW w:w="679" w:type="dxa"/>
          </w:tcPr>
          <w:p w14:paraId="2547E2FF" w14:textId="77777777" w:rsidR="005D4E19" w:rsidRDefault="00000000">
            <w:r>
              <w:t>50</w:t>
            </w:r>
          </w:p>
        </w:tc>
        <w:tc>
          <w:tcPr>
            <w:tcW w:w="3171" w:type="dxa"/>
          </w:tcPr>
          <w:p w14:paraId="51DC1B7D" w14:textId="77777777" w:rsidR="00181F75" w:rsidRDefault="00000000">
            <w:r>
              <w:t>Референсы (3–5 примеров)</w:t>
            </w:r>
          </w:p>
        </w:tc>
        <w:tc>
          <w:tcPr>
            <w:tcW w:w="3397" w:type="dxa"/>
          </w:tcPr>
          <w:p w14:paraId="041775DC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Ссылки/картинки «нравится» + «не нравится»</w:t>
            </w:r>
          </w:p>
        </w:tc>
        <w:tc>
          <w:tcPr>
            <w:tcW w:w="2941" w:type="dxa"/>
          </w:tcPr>
          <w:p w14:paraId="13113E89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2F2EE396" w14:textId="77777777" w:rsidTr="00FE0FB2">
        <w:tc>
          <w:tcPr>
            <w:tcW w:w="679" w:type="dxa"/>
          </w:tcPr>
          <w:p w14:paraId="58C1D080" w14:textId="77777777" w:rsidR="005D4E19" w:rsidRDefault="00000000">
            <w:r>
              <w:t>51</w:t>
            </w:r>
          </w:p>
        </w:tc>
        <w:tc>
          <w:tcPr>
            <w:tcW w:w="3171" w:type="dxa"/>
          </w:tcPr>
          <w:p w14:paraId="1E689AAA" w14:textId="77777777" w:rsidR="00181F75" w:rsidRDefault="00000000">
            <w:r>
              <w:t>Материалы по уровню</w:t>
            </w:r>
          </w:p>
        </w:tc>
        <w:tc>
          <w:tcPr>
            <w:tcW w:w="3397" w:type="dxa"/>
          </w:tcPr>
          <w:p w14:paraId="2E022F45" w14:textId="77777777" w:rsidR="00181F75" w:rsidRDefault="00000000">
            <w:r>
              <w:t>☐ Эконом ☐ Средний ☐ Премиум ☐ Смешанный</w:t>
            </w:r>
          </w:p>
        </w:tc>
        <w:tc>
          <w:tcPr>
            <w:tcW w:w="2941" w:type="dxa"/>
          </w:tcPr>
          <w:p w14:paraId="24DC36CC" w14:textId="77777777" w:rsidR="00181F75" w:rsidRDefault="00181F75"/>
        </w:tc>
      </w:tr>
      <w:tr w:rsidR="00181F75" w:rsidRPr="002E2D66" w14:paraId="40DACEE0" w14:textId="77777777" w:rsidTr="00FE0FB2">
        <w:tc>
          <w:tcPr>
            <w:tcW w:w="679" w:type="dxa"/>
          </w:tcPr>
          <w:p w14:paraId="34DDC32A" w14:textId="77777777" w:rsidR="005D4E19" w:rsidRDefault="00000000">
            <w:r>
              <w:t>52</w:t>
            </w:r>
          </w:p>
        </w:tc>
        <w:tc>
          <w:tcPr>
            <w:tcW w:w="3171" w:type="dxa"/>
          </w:tcPr>
          <w:p w14:paraId="3A94FBA6" w14:textId="77777777" w:rsidR="00181F75" w:rsidRDefault="00000000">
            <w:r>
              <w:t>Печать/графика</w:t>
            </w:r>
          </w:p>
        </w:tc>
        <w:tc>
          <w:tcPr>
            <w:tcW w:w="3397" w:type="dxa"/>
          </w:tcPr>
          <w:p w14:paraId="0086DD8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☐ Не нужна ☐ Нужна: ☐ пленка ☐ баннер ☐ баннерная сетка ☐ другое</w:t>
            </w:r>
          </w:p>
        </w:tc>
        <w:tc>
          <w:tcPr>
            <w:tcW w:w="2941" w:type="dxa"/>
          </w:tcPr>
          <w:p w14:paraId="50ED7628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0A16BCD2" w14:textId="77777777" w:rsidTr="00FE0FB2">
        <w:tc>
          <w:tcPr>
            <w:tcW w:w="679" w:type="dxa"/>
          </w:tcPr>
          <w:p w14:paraId="253F2D5C" w14:textId="77777777" w:rsidR="005D4E19" w:rsidRDefault="00000000">
            <w:r>
              <w:t>53</w:t>
            </w:r>
          </w:p>
        </w:tc>
        <w:tc>
          <w:tcPr>
            <w:tcW w:w="3171" w:type="dxa"/>
          </w:tcPr>
          <w:p w14:paraId="03BBEEED" w14:textId="77777777" w:rsidR="00181F75" w:rsidRDefault="00000000">
            <w:r>
              <w:t>Брендинг-носители</w:t>
            </w:r>
          </w:p>
        </w:tc>
        <w:tc>
          <w:tcPr>
            <w:tcW w:w="3397" w:type="dxa"/>
          </w:tcPr>
          <w:p w14:paraId="5BC9BF08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☐ объемные буквы ☐ лайтбоксы ☐ печать ☐ навигация ☐ другое</w:t>
            </w:r>
          </w:p>
        </w:tc>
        <w:tc>
          <w:tcPr>
            <w:tcW w:w="2941" w:type="dxa"/>
          </w:tcPr>
          <w:p w14:paraId="65B273F0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43D0360D" w14:textId="77777777" w:rsidTr="00FE0FB2">
        <w:tc>
          <w:tcPr>
            <w:tcW w:w="679" w:type="dxa"/>
          </w:tcPr>
          <w:p w14:paraId="255676B8" w14:textId="77777777" w:rsidR="005D4E19" w:rsidRDefault="00000000">
            <w:r>
              <w:t>54</w:t>
            </w:r>
          </w:p>
        </w:tc>
        <w:tc>
          <w:tcPr>
            <w:tcW w:w="3171" w:type="dxa"/>
          </w:tcPr>
          <w:p w14:paraId="01152DB1" w14:textId="77777777" w:rsidR="00181F75" w:rsidRDefault="00000000">
            <w:r>
              <w:t>WOW-элемент</w:t>
            </w:r>
          </w:p>
        </w:tc>
        <w:tc>
          <w:tcPr>
            <w:tcW w:w="3397" w:type="dxa"/>
          </w:tcPr>
          <w:p w14:paraId="24867F4C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 идея? ☐ Да (описать) ☐ Нет (предложите варианты)</w:t>
            </w:r>
          </w:p>
        </w:tc>
        <w:tc>
          <w:tcPr>
            <w:tcW w:w="2941" w:type="dxa"/>
          </w:tcPr>
          <w:p w14:paraId="56CE4F97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5F7F6660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lastRenderedPageBreak/>
        <w:t xml:space="preserve">Блок 10. </w:t>
      </w:r>
      <w:r>
        <w:rPr>
          <w:b/>
          <w:sz w:val="26"/>
        </w:rPr>
        <w:t>AV</w:t>
      </w:r>
      <w:r w:rsidRPr="00B4178D">
        <w:rPr>
          <w:b/>
          <w:sz w:val="26"/>
          <w:lang w:val="ru-RU"/>
        </w:rPr>
        <w:t xml:space="preserve"> / интерактив / </w:t>
      </w:r>
      <w:r>
        <w:rPr>
          <w:b/>
          <w:sz w:val="26"/>
        </w:rPr>
        <w:t>IT</w:t>
      </w:r>
      <w:r w:rsidRPr="00B4178D">
        <w:rPr>
          <w:b/>
          <w:sz w:val="26"/>
          <w:lang w:val="ru-RU"/>
        </w:rPr>
        <w:t xml:space="preserve"> (отметьте нужное)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81"/>
        <w:gridCol w:w="2908"/>
        <w:gridCol w:w="4324"/>
        <w:gridCol w:w="2149"/>
      </w:tblGrid>
      <w:tr w:rsidR="00FE0FB2" w:rsidRPr="00B4178D" w14:paraId="31FC0C03" w14:textId="77777777" w:rsidTr="00FE0FB2">
        <w:tc>
          <w:tcPr>
            <w:tcW w:w="597" w:type="dxa"/>
          </w:tcPr>
          <w:p w14:paraId="358753A2" w14:textId="77777777" w:rsidR="00FE0FB2" w:rsidRDefault="00FE0FB2" w:rsidP="00FE0FB2">
            <w:r>
              <w:t>№</w:t>
            </w:r>
          </w:p>
        </w:tc>
        <w:tc>
          <w:tcPr>
            <w:tcW w:w="2952" w:type="dxa"/>
          </w:tcPr>
          <w:p w14:paraId="23A030C4" w14:textId="77777777" w:rsidR="00FE0FB2" w:rsidRDefault="00FE0FB2" w:rsidP="00FE0FB2">
            <w:r>
              <w:t>Вопрос / параметр</w:t>
            </w:r>
          </w:p>
        </w:tc>
        <w:tc>
          <w:tcPr>
            <w:tcW w:w="4324" w:type="dxa"/>
          </w:tcPr>
          <w:p w14:paraId="537B8A8C" w14:textId="77777777" w:rsidR="00FE0FB2" w:rsidRDefault="00205F16" w:rsidP="00FE0FB2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315" w:type="dxa"/>
          </w:tcPr>
          <w:p w14:paraId="457EF14E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FE0FB2" w:rsidRPr="002E2D66" w14:paraId="4ED3849B" w14:textId="77777777" w:rsidTr="00FE0FB2">
        <w:tc>
          <w:tcPr>
            <w:tcW w:w="597" w:type="dxa"/>
          </w:tcPr>
          <w:p w14:paraId="2D659E4A" w14:textId="77777777" w:rsidR="005D4E19" w:rsidRDefault="00000000">
            <w:r>
              <w:t>55</w:t>
            </w:r>
          </w:p>
        </w:tc>
        <w:tc>
          <w:tcPr>
            <w:tcW w:w="2952" w:type="dxa"/>
          </w:tcPr>
          <w:p w14:paraId="2E765680" w14:textId="77777777" w:rsidR="00FE0FB2" w:rsidRDefault="00FE0FB2" w:rsidP="00FE0FB2">
            <w:r>
              <w:t>LED-экран</w:t>
            </w:r>
          </w:p>
        </w:tc>
        <w:tc>
          <w:tcPr>
            <w:tcW w:w="4324" w:type="dxa"/>
          </w:tcPr>
          <w:p w14:paraId="0CE12945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Нет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Прямой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Радиусный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Размер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шаг</w:t>
            </w:r>
            <w:r w:rsidRPr="00B4178D">
              <w:rPr>
                <w:lang w:val="ru-RU"/>
              </w:rPr>
              <w:t xml:space="preserve">, </w:t>
            </w:r>
            <w:r w:rsidRPr="00B4178D">
              <w:rPr>
                <w:rFonts w:cs="Calibri"/>
                <w:lang w:val="ru-RU"/>
              </w:rPr>
              <w:t>если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знаете</w:t>
            </w:r>
            <w:r w:rsidRPr="00B4178D">
              <w:rPr>
                <w:lang w:val="ru-RU"/>
              </w:rPr>
              <w:t>: ________</w:t>
            </w:r>
          </w:p>
        </w:tc>
        <w:tc>
          <w:tcPr>
            <w:tcW w:w="2315" w:type="dxa"/>
          </w:tcPr>
          <w:p w14:paraId="34F8FB75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14:paraId="43DDB561" w14:textId="77777777" w:rsidTr="00FE0FB2">
        <w:tc>
          <w:tcPr>
            <w:tcW w:w="597" w:type="dxa"/>
          </w:tcPr>
          <w:p w14:paraId="239304A1" w14:textId="77777777" w:rsidR="005D4E19" w:rsidRDefault="00000000">
            <w:r>
              <w:t>56</w:t>
            </w:r>
          </w:p>
        </w:tc>
        <w:tc>
          <w:tcPr>
            <w:tcW w:w="2952" w:type="dxa"/>
          </w:tcPr>
          <w:p w14:paraId="5A25518E" w14:textId="77777777" w:rsidR="00FE0FB2" w:rsidRDefault="00FE0FB2" w:rsidP="00FE0FB2">
            <w:r>
              <w:t>ТВ/панели</w:t>
            </w:r>
          </w:p>
        </w:tc>
        <w:tc>
          <w:tcPr>
            <w:tcW w:w="4324" w:type="dxa"/>
          </w:tcPr>
          <w:p w14:paraId="64B68FD9" w14:textId="77777777" w:rsidR="00FE0FB2" w:rsidRDefault="00FE0FB2" w:rsidP="00FE0FB2">
            <w:r>
              <w:t>Кол-во: __</w:t>
            </w:r>
            <w:proofErr w:type="gramStart"/>
            <w:r>
              <w:t>_  Диагональ</w:t>
            </w:r>
            <w:proofErr w:type="gramEnd"/>
            <w:r>
              <w:t>: ___</w:t>
            </w:r>
          </w:p>
        </w:tc>
        <w:tc>
          <w:tcPr>
            <w:tcW w:w="2315" w:type="dxa"/>
          </w:tcPr>
          <w:p w14:paraId="4AB95AD0" w14:textId="77777777" w:rsidR="00FE0FB2" w:rsidRDefault="00FE0FB2" w:rsidP="00FE0FB2"/>
        </w:tc>
      </w:tr>
      <w:tr w:rsidR="00FE0FB2" w14:paraId="308754E3" w14:textId="77777777" w:rsidTr="00FE0FB2">
        <w:tc>
          <w:tcPr>
            <w:tcW w:w="597" w:type="dxa"/>
          </w:tcPr>
          <w:p w14:paraId="2B841F95" w14:textId="77777777" w:rsidR="005D4E19" w:rsidRDefault="00000000">
            <w:r>
              <w:t>57</w:t>
            </w:r>
          </w:p>
        </w:tc>
        <w:tc>
          <w:tcPr>
            <w:tcW w:w="2952" w:type="dxa"/>
          </w:tcPr>
          <w:p w14:paraId="06BC6CB3" w14:textId="77777777" w:rsidR="00FE0FB2" w:rsidRDefault="00FE0FB2" w:rsidP="00FE0FB2">
            <w:r>
              <w:t>Тач-киоск/тач-стол</w:t>
            </w:r>
          </w:p>
        </w:tc>
        <w:tc>
          <w:tcPr>
            <w:tcW w:w="4324" w:type="dxa"/>
          </w:tcPr>
          <w:p w14:paraId="05A2D324" w14:textId="77777777" w:rsidR="00FE0FB2" w:rsidRDefault="00FE0FB2" w:rsidP="00FE0FB2">
            <w:r>
              <w:rPr>
                <w:rFonts w:ascii="Segoe UI Symbol" w:hAnsi="Segoe UI Symbol" w:cs="Segoe UI Symbol"/>
              </w:rPr>
              <w:t>☐</w:t>
            </w:r>
            <w:r>
              <w:t xml:space="preserve"> Да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>
              <w:rPr>
                <w:rFonts w:cs="Calibri"/>
              </w:rPr>
              <w:t>Нет</w:t>
            </w:r>
            <w:r>
              <w:t xml:space="preserve">. </w:t>
            </w:r>
            <w:r>
              <w:rPr>
                <w:rFonts w:cs="Calibri"/>
              </w:rPr>
              <w:t>Кол</w:t>
            </w:r>
            <w:r>
              <w:t>-</w:t>
            </w:r>
            <w:r>
              <w:rPr>
                <w:rFonts w:cs="Calibri"/>
              </w:rPr>
              <w:t>во</w:t>
            </w:r>
            <w:r>
              <w:t>: ___</w:t>
            </w:r>
          </w:p>
        </w:tc>
        <w:tc>
          <w:tcPr>
            <w:tcW w:w="2315" w:type="dxa"/>
          </w:tcPr>
          <w:p w14:paraId="528AC3D3" w14:textId="77777777" w:rsidR="00FE0FB2" w:rsidRDefault="00FE0FB2" w:rsidP="00FE0FB2"/>
        </w:tc>
      </w:tr>
      <w:tr w:rsidR="00FE0FB2" w14:paraId="0B67E5EC" w14:textId="77777777" w:rsidTr="00FE0FB2">
        <w:tc>
          <w:tcPr>
            <w:tcW w:w="597" w:type="dxa"/>
          </w:tcPr>
          <w:p w14:paraId="52D05D22" w14:textId="77777777" w:rsidR="005D4E19" w:rsidRDefault="00000000">
            <w:r>
              <w:t>58</w:t>
            </w:r>
          </w:p>
        </w:tc>
        <w:tc>
          <w:tcPr>
            <w:tcW w:w="2952" w:type="dxa"/>
          </w:tcPr>
          <w:p w14:paraId="1E91C4EF" w14:textId="77777777" w:rsidR="00FE0FB2" w:rsidRDefault="00FE0FB2" w:rsidP="00FE0FB2">
            <w:r>
              <w:t>AR/VR</w:t>
            </w:r>
          </w:p>
        </w:tc>
        <w:tc>
          <w:tcPr>
            <w:tcW w:w="4324" w:type="dxa"/>
          </w:tcPr>
          <w:p w14:paraId="593CC7A9" w14:textId="77777777" w:rsidR="00FE0FB2" w:rsidRDefault="00FE0FB2" w:rsidP="00FE0FB2">
            <w:r>
              <w:rPr>
                <w:rFonts w:ascii="Segoe UI Symbol" w:hAnsi="Segoe UI Symbol" w:cs="Segoe UI Symbol"/>
              </w:rPr>
              <w:t>☐</w:t>
            </w:r>
            <w:r>
              <w:t xml:space="preserve"> Да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>
              <w:rPr>
                <w:rFonts w:cs="Calibri"/>
              </w:rPr>
              <w:t>Нет</w:t>
            </w:r>
            <w:r>
              <w:t xml:space="preserve">. </w:t>
            </w:r>
            <w:r>
              <w:rPr>
                <w:rFonts w:cs="Calibri"/>
              </w:rPr>
              <w:t>Что</w:t>
            </w:r>
            <w:r>
              <w:t xml:space="preserve"> </w:t>
            </w:r>
            <w:r>
              <w:rPr>
                <w:rFonts w:cs="Calibri"/>
              </w:rPr>
              <w:t>именно</w:t>
            </w:r>
            <w:r>
              <w:t>: ________</w:t>
            </w:r>
          </w:p>
        </w:tc>
        <w:tc>
          <w:tcPr>
            <w:tcW w:w="2315" w:type="dxa"/>
          </w:tcPr>
          <w:p w14:paraId="0BC47923" w14:textId="77777777" w:rsidR="00FE0FB2" w:rsidRDefault="00FE0FB2" w:rsidP="00FE0FB2"/>
        </w:tc>
      </w:tr>
      <w:tr w:rsidR="00FE0FB2" w14:paraId="7FD887F4" w14:textId="77777777" w:rsidTr="00FE0FB2">
        <w:tc>
          <w:tcPr>
            <w:tcW w:w="597" w:type="dxa"/>
          </w:tcPr>
          <w:p w14:paraId="2BEC36AC" w14:textId="77777777" w:rsidR="005D4E19" w:rsidRDefault="00000000">
            <w:r>
              <w:t>59</w:t>
            </w:r>
          </w:p>
        </w:tc>
        <w:tc>
          <w:tcPr>
            <w:tcW w:w="2952" w:type="dxa"/>
          </w:tcPr>
          <w:p w14:paraId="1FFA3735" w14:textId="77777777" w:rsidR="00FE0FB2" w:rsidRDefault="00FE0FB2" w:rsidP="00FE0FB2">
            <w:r>
              <w:t>Фотозона/фотобудка/AI-стойка</w:t>
            </w:r>
          </w:p>
        </w:tc>
        <w:tc>
          <w:tcPr>
            <w:tcW w:w="4324" w:type="dxa"/>
          </w:tcPr>
          <w:p w14:paraId="5D24B41C" w14:textId="77777777" w:rsidR="00FE0FB2" w:rsidRDefault="00FE0FB2" w:rsidP="00FE0FB2">
            <w:r>
              <w:rPr>
                <w:rFonts w:ascii="Segoe UI Symbol" w:hAnsi="Segoe UI Symbol" w:cs="Segoe UI Symbol"/>
              </w:rPr>
              <w:t>☐</w:t>
            </w:r>
            <w:r>
              <w:t xml:space="preserve"> Да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>
              <w:rPr>
                <w:rFonts w:cs="Calibri"/>
              </w:rPr>
              <w:t>Нет</w:t>
            </w:r>
            <w:r>
              <w:t xml:space="preserve">. </w:t>
            </w:r>
            <w:r>
              <w:rPr>
                <w:rFonts w:cs="Calibri"/>
              </w:rPr>
              <w:t>Формат</w:t>
            </w:r>
            <w:r>
              <w:t>: ________</w:t>
            </w:r>
          </w:p>
        </w:tc>
        <w:tc>
          <w:tcPr>
            <w:tcW w:w="2315" w:type="dxa"/>
          </w:tcPr>
          <w:p w14:paraId="641E776D" w14:textId="77777777" w:rsidR="00FE0FB2" w:rsidRDefault="00FE0FB2" w:rsidP="00FE0FB2"/>
        </w:tc>
      </w:tr>
      <w:tr w:rsidR="00FE0FB2" w:rsidRPr="002E2D66" w14:paraId="5C63B7E7" w14:textId="77777777" w:rsidTr="00FE0FB2">
        <w:tc>
          <w:tcPr>
            <w:tcW w:w="597" w:type="dxa"/>
          </w:tcPr>
          <w:p w14:paraId="30E4A968" w14:textId="77777777" w:rsidR="005D4E19" w:rsidRDefault="00000000">
            <w:r>
              <w:t>60</w:t>
            </w:r>
          </w:p>
        </w:tc>
        <w:tc>
          <w:tcPr>
            <w:tcW w:w="2952" w:type="dxa"/>
          </w:tcPr>
          <w:p w14:paraId="4F43C7BB" w14:textId="77777777" w:rsidR="00FE0FB2" w:rsidRDefault="00FE0FB2" w:rsidP="00FE0FB2">
            <w:r>
              <w:t>Звук/микрофоны</w:t>
            </w:r>
          </w:p>
        </w:tc>
        <w:tc>
          <w:tcPr>
            <w:tcW w:w="4324" w:type="dxa"/>
          </w:tcPr>
          <w:p w14:paraId="76523FAD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Фон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Презентации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Ведущий</w:t>
            </w:r>
            <w:r w:rsidRPr="00B4178D">
              <w:rPr>
                <w:lang w:val="ru-RU"/>
              </w:rPr>
              <w:t xml:space="preserve">. </w:t>
            </w:r>
            <w:r w:rsidRPr="00B4178D">
              <w:rPr>
                <w:rFonts w:cs="Calibri"/>
                <w:lang w:val="ru-RU"/>
              </w:rPr>
              <w:t>Ограничения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по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шуму</w:t>
            </w:r>
            <w:r w:rsidRPr="00B4178D">
              <w:rPr>
                <w:lang w:val="ru-RU"/>
              </w:rPr>
              <w:t>: ___/</w:t>
            </w:r>
            <w:r>
              <w:t>TBD</w:t>
            </w:r>
          </w:p>
        </w:tc>
        <w:tc>
          <w:tcPr>
            <w:tcW w:w="2315" w:type="dxa"/>
          </w:tcPr>
          <w:p w14:paraId="4C61BB85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:rsidRPr="002E2D66" w14:paraId="07A2EBFF" w14:textId="77777777" w:rsidTr="00FE0FB2">
        <w:tc>
          <w:tcPr>
            <w:tcW w:w="597" w:type="dxa"/>
          </w:tcPr>
          <w:p w14:paraId="789309E8" w14:textId="77777777" w:rsidR="005D4E19" w:rsidRDefault="00000000">
            <w:r>
              <w:t>61</w:t>
            </w:r>
          </w:p>
        </w:tc>
        <w:tc>
          <w:tcPr>
            <w:tcW w:w="2952" w:type="dxa"/>
          </w:tcPr>
          <w:p w14:paraId="3BF00630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lang w:val="ru-RU"/>
              </w:rPr>
              <w:t>Нужна ли разработка контента/ПО?</w:t>
            </w:r>
          </w:p>
        </w:tc>
        <w:tc>
          <w:tcPr>
            <w:tcW w:w="4324" w:type="dxa"/>
          </w:tcPr>
          <w:p w14:paraId="022A317D" w14:textId="77777777" w:rsidR="00FE0FB2" w:rsidRPr="00B4178D" w:rsidRDefault="00FE0FB2" w:rsidP="00FE0FB2">
            <w:pPr>
              <w:rPr>
                <w:lang w:val="ru-RU"/>
              </w:rPr>
            </w:pP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Нет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Да</w:t>
            </w:r>
            <w:r w:rsidRPr="00B4178D">
              <w:rPr>
                <w:lang w:val="ru-RU"/>
              </w:rPr>
              <w:t xml:space="preserve">: </w:t>
            </w:r>
            <w:r w:rsidRPr="00B4178D">
              <w:rPr>
                <w:rFonts w:cs="Calibri"/>
                <w:lang w:val="ru-RU"/>
              </w:rPr>
              <w:t>ролики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интерактив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презентации</w:t>
            </w:r>
            <w:r w:rsidRPr="00B4178D">
              <w:rPr>
                <w:lang w:val="ru-RU"/>
              </w:rPr>
              <w:t>/</w:t>
            </w:r>
            <w:r w:rsidRPr="00B4178D">
              <w:rPr>
                <w:rFonts w:cs="Calibri"/>
                <w:lang w:val="ru-RU"/>
              </w:rPr>
              <w:t>сценарий</w:t>
            </w:r>
          </w:p>
        </w:tc>
        <w:tc>
          <w:tcPr>
            <w:tcW w:w="2315" w:type="dxa"/>
          </w:tcPr>
          <w:p w14:paraId="27B937EB" w14:textId="77777777" w:rsidR="00FE0FB2" w:rsidRPr="00B4178D" w:rsidRDefault="00FE0FB2" w:rsidP="00FE0FB2">
            <w:pPr>
              <w:rPr>
                <w:lang w:val="ru-RU"/>
              </w:rPr>
            </w:pPr>
          </w:p>
        </w:tc>
      </w:tr>
      <w:tr w:rsidR="00FE0FB2" w14:paraId="0617CF83" w14:textId="77777777" w:rsidTr="00FE0FB2">
        <w:tc>
          <w:tcPr>
            <w:tcW w:w="597" w:type="dxa"/>
          </w:tcPr>
          <w:p w14:paraId="104453E8" w14:textId="77777777" w:rsidR="005D4E19" w:rsidRDefault="00000000">
            <w:r>
              <w:t>62</w:t>
            </w:r>
          </w:p>
        </w:tc>
        <w:tc>
          <w:tcPr>
            <w:tcW w:w="2952" w:type="dxa"/>
          </w:tcPr>
          <w:p w14:paraId="28539C96" w14:textId="77777777" w:rsidR="00FE0FB2" w:rsidRDefault="00FE0FB2" w:rsidP="00FE0FB2">
            <w:r>
              <w:t>Интернет на стенде</w:t>
            </w:r>
          </w:p>
        </w:tc>
        <w:tc>
          <w:tcPr>
            <w:tcW w:w="4324" w:type="dxa"/>
          </w:tcPr>
          <w:p w14:paraId="2AAAEDE7" w14:textId="77777777" w:rsidR="00FE0FB2" w:rsidRDefault="00FE0FB2" w:rsidP="00FE0FB2"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Не нужен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>
              <w:t>Wi</w:t>
            </w:r>
            <w:r w:rsidRPr="00B4178D">
              <w:rPr>
                <w:rFonts w:ascii="Cambria Math" w:hAnsi="Cambria Math" w:cs="Cambria Math"/>
                <w:lang w:val="ru-RU"/>
              </w:rPr>
              <w:t>‑</w:t>
            </w:r>
            <w:r>
              <w:t>Fi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ascii="Segoe UI Symbol" w:hAnsi="Segoe UI Symbol" w:cs="Segoe UI Symbol"/>
                <w:lang w:val="ru-RU"/>
              </w:rPr>
              <w:t>☐</w:t>
            </w:r>
            <w:r w:rsidRPr="00B4178D">
              <w:rPr>
                <w:lang w:val="ru-RU"/>
              </w:rPr>
              <w:t xml:space="preserve"> </w:t>
            </w:r>
            <w:r w:rsidRPr="00B4178D">
              <w:rPr>
                <w:rFonts w:cs="Calibri"/>
                <w:lang w:val="ru-RU"/>
              </w:rPr>
              <w:t>Проводной</w:t>
            </w:r>
            <w:r w:rsidRPr="00B4178D">
              <w:rPr>
                <w:lang w:val="ru-RU"/>
              </w:rPr>
              <w:t xml:space="preserve">. </w:t>
            </w:r>
            <w:r>
              <w:t>Скорость: ___ Мбит/с</w:t>
            </w:r>
          </w:p>
        </w:tc>
        <w:tc>
          <w:tcPr>
            <w:tcW w:w="2315" w:type="dxa"/>
          </w:tcPr>
          <w:p w14:paraId="7A756E5D" w14:textId="77777777" w:rsidR="00FE0FB2" w:rsidRDefault="00FE0FB2" w:rsidP="00FE0FB2"/>
        </w:tc>
      </w:tr>
    </w:tbl>
    <w:p w14:paraId="5A809374" w14:textId="77777777" w:rsidR="00181F75" w:rsidRDefault="00181F75"/>
    <w:p w14:paraId="11A5B231" w14:textId="77777777" w:rsidR="00181F75" w:rsidRDefault="00000000">
      <w:r>
        <w:rPr>
          <w:b/>
          <w:sz w:val="26"/>
        </w:rPr>
        <w:t xml:space="preserve">Блок 11. </w:t>
      </w:r>
      <w:proofErr w:type="spellStart"/>
      <w:r>
        <w:rPr>
          <w:b/>
          <w:sz w:val="26"/>
        </w:rPr>
        <w:t>Электрика</w:t>
      </w:r>
      <w:proofErr w:type="spellEnd"/>
      <w:r>
        <w:rPr>
          <w:b/>
          <w:sz w:val="26"/>
        </w:rPr>
        <w:t xml:space="preserve"> / </w:t>
      </w:r>
      <w:proofErr w:type="spellStart"/>
      <w:r>
        <w:rPr>
          <w:b/>
          <w:sz w:val="26"/>
        </w:rPr>
        <w:t>свет</w:t>
      </w:r>
      <w:proofErr w:type="spellEnd"/>
      <w:r w:rsidR="00205F16">
        <w:rPr>
          <w:b/>
          <w:sz w:val="26"/>
          <w:lang w:val="ru-RU"/>
        </w:rPr>
        <w:t xml:space="preserve"> </w:t>
      </w:r>
      <w:r>
        <w:rPr>
          <w:b/>
          <w:sz w:val="26"/>
        </w:rPr>
        <w:t xml:space="preserve">/ </w:t>
      </w:r>
      <w:proofErr w:type="spellStart"/>
      <w:r>
        <w:rPr>
          <w:b/>
          <w:sz w:val="26"/>
        </w:rPr>
        <w:t>вода</w:t>
      </w:r>
      <w:proofErr w:type="spellEnd"/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77"/>
        <w:gridCol w:w="2508"/>
        <w:gridCol w:w="3119"/>
        <w:gridCol w:w="3984"/>
      </w:tblGrid>
      <w:tr w:rsidR="00181F75" w:rsidRPr="002E2D66" w14:paraId="42181941" w14:textId="77777777" w:rsidTr="00205F16">
        <w:tc>
          <w:tcPr>
            <w:tcW w:w="577" w:type="dxa"/>
          </w:tcPr>
          <w:p w14:paraId="1CB1CE9B" w14:textId="77777777" w:rsidR="00181F75" w:rsidRDefault="00000000">
            <w:r>
              <w:t>№</w:t>
            </w:r>
          </w:p>
        </w:tc>
        <w:tc>
          <w:tcPr>
            <w:tcW w:w="2508" w:type="dxa"/>
          </w:tcPr>
          <w:p w14:paraId="6C4FCAC0" w14:textId="77777777" w:rsidR="00181F75" w:rsidRDefault="00000000">
            <w:r>
              <w:t>Вопрос / параметр</w:t>
            </w:r>
          </w:p>
        </w:tc>
        <w:tc>
          <w:tcPr>
            <w:tcW w:w="3119" w:type="dxa"/>
          </w:tcPr>
          <w:p w14:paraId="4C221BAA" w14:textId="77777777" w:rsidR="00181F75" w:rsidRDefault="00205F16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3984" w:type="dxa"/>
          </w:tcPr>
          <w:p w14:paraId="538C229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заказчика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:rsidRPr="002E2D66" w14:paraId="161BB931" w14:textId="77777777" w:rsidTr="00205F16">
        <w:trPr>
          <w:trHeight w:val="1651"/>
        </w:trPr>
        <w:tc>
          <w:tcPr>
            <w:tcW w:w="577" w:type="dxa"/>
          </w:tcPr>
          <w:p w14:paraId="318DAC01" w14:textId="77777777" w:rsidR="005D4E19" w:rsidRDefault="00000000">
            <w:r>
              <w:t>63</w:t>
            </w:r>
          </w:p>
        </w:tc>
        <w:tc>
          <w:tcPr>
            <w:tcW w:w="2508" w:type="dxa"/>
          </w:tcPr>
          <w:p w14:paraId="230C7097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Перечень оборудования на 220</w:t>
            </w:r>
            <w:r>
              <w:t>V</w:t>
            </w:r>
            <w:r w:rsidRPr="00B4178D">
              <w:rPr>
                <w:lang w:val="ru-RU"/>
              </w:rPr>
              <w:t>/380</w:t>
            </w:r>
            <w:r>
              <w:t>V</w:t>
            </w:r>
          </w:p>
        </w:tc>
        <w:tc>
          <w:tcPr>
            <w:tcW w:w="3119" w:type="dxa"/>
          </w:tcPr>
          <w:p w14:paraId="2F481C9C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Кофемашина/холодильник/зарядки/ноутбуки и т.д.</w:t>
            </w:r>
          </w:p>
        </w:tc>
        <w:tc>
          <w:tcPr>
            <w:tcW w:w="3984" w:type="dxa"/>
          </w:tcPr>
          <w:p w14:paraId="7C7E58A5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422675D5" w14:textId="77777777" w:rsidTr="00205F16">
        <w:tc>
          <w:tcPr>
            <w:tcW w:w="577" w:type="dxa"/>
          </w:tcPr>
          <w:p w14:paraId="409C3B08" w14:textId="77777777" w:rsidR="005D4E19" w:rsidRDefault="00000000">
            <w:r>
              <w:t>64</w:t>
            </w:r>
          </w:p>
        </w:tc>
        <w:tc>
          <w:tcPr>
            <w:tcW w:w="2508" w:type="dxa"/>
          </w:tcPr>
          <w:p w14:paraId="44917E85" w14:textId="77777777" w:rsidR="00181F75" w:rsidRDefault="00000000">
            <w:r>
              <w:t>Оценка суммарной мощности (кВт)</w:t>
            </w:r>
          </w:p>
        </w:tc>
        <w:tc>
          <w:tcPr>
            <w:tcW w:w="3119" w:type="dxa"/>
          </w:tcPr>
          <w:p w14:paraId="1CAF7B47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Если не знаете — </w:t>
            </w:r>
            <w:r>
              <w:t>TBD</w:t>
            </w:r>
            <w:r w:rsidRPr="00B4178D">
              <w:rPr>
                <w:lang w:val="ru-RU"/>
              </w:rPr>
              <w:t xml:space="preserve"> (посчитаем по списку)</w:t>
            </w:r>
          </w:p>
        </w:tc>
        <w:tc>
          <w:tcPr>
            <w:tcW w:w="3984" w:type="dxa"/>
          </w:tcPr>
          <w:p w14:paraId="131906CC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79C6F610" w14:textId="77777777" w:rsidTr="00205F16">
        <w:tc>
          <w:tcPr>
            <w:tcW w:w="577" w:type="dxa"/>
          </w:tcPr>
          <w:p w14:paraId="58834F48" w14:textId="77777777" w:rsidR="005D4E19" w:rsidRDefault="00000000">
            <w:r>
              <w:t>65</w:t>
            </w:r>
          </w:p>
        </w:tc>
        <w:tc>
          <w:tcPr>
            <w:tcW w:w="2508" w:type="dxa"/>
          </w:tcPr>
          <w:p w14:paraId="4085745E" w14:textId="77777777" w:rsidR="00181F75" w:rsidRDefault="00000000">
            <w:r>
              <w:t>Пожелания к свету</w:t>
            </w:r>
          </w:p>
        </w:tc>
        <w:tc>
          <w:tcPr>
            <w:tcW w:w="3119" w:type="dxa"/>
          </w:tcPr>
          <w:p w14:paraId="5ACE139D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☐ Общий ☐ Акцент ☐ Декор. Где акценты?</w:t>
            </w:r>
          </w:p>
        </w:tc>
        <w:tc>
          <w:tcPr>
            <w:tcW w:w="3984" w:type="dxa"/>
          </w:tcPr>
          <w:p w14:paraId="2ED3433B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7480D3BE" w14:textId="77777777" w:rsidTr="00205F16">
        <w:tc>
          <w:tcPr>
            <w:tcW w:w="577" w:type="dxa"/>
          </w:tcPr>
          <w:p w14:paraId="60DAB687" w14:textId="77777777" w:rsidR="005D4E19" w:rsidRDefault="00000000">
            <w:r>
              <w:t>66</w:t>
            </w:r>
          </w:p>
        </w:tc>
        <w:tc>
          <w:tcPr>
            <w:tcW w:w="2508" w:type="dxa"/>
          </w:tcPr>
          <w:p w14:paraId="4199367B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Нужны ли спецэффекты/динамика света</w:t>
            </w:r>
          </w:p>
        </w:tc>
        <w:tc>
          <w:tcPr>
            <w:tcW w:w="3119" w:type="dxa"/>
          </w:tcPr>
          <w:p w14:paraId="2DCBD391" w14:textId="77777777" w:rsidR="00181F75" w:rsidRDefault="00000000">
            <w:r>
              <w:t xml:space="preserve">☐ </w:t>
            </w:r>
            <w:proofErr w:type="spellStart"/>
            <w:r>
              <w:t>Нет</w:t>
            </w:r>
            <w:proofErr w:type="spellEnd"/>
            <w:r>
              <w:t xml:space="preserve"> ☐ </w:t>
            </w:r>
            <w:proofErr w:type="spellStart"/>
            <w:r>
              <w:t>Да</w:t>
            </w:r>
            <w:proofErr w:type="spellEnd"/>
            <w:r>
              <w:t xml:space="preserve"> (</w:t>
            </w:r>
            <w:proofErr w:type="spellStart"/>
            <w:r>
              <w:t>описать</w:t>
            </w:r>
            <w:proofErr w:type="spellEnd"/>
            <w:r>
              <w:t>)</w:t>
            </w:r>
          </w:p>
        </w:tc>
        <w:tc>
          <w:tcPr>
            <w:tcW w:w="3984" w:type="dxa"/>
          </w:tcPr>
          <w:p w14:paraId="7F803511" w14:textId="77777777" w:rsidR="00181F75" w:rsidRDefault="00181F75"/>
        </w:tc>
      </w:tr>
      <w:tr w:rsidR="00181F75" w14:paraId="159BDB0F" w14:textId="77777777" w:rsidTr="00205F16">
        <w:tc>
          <w:tcPr>
            <w:tcW w:w="577" w:type="dxa"/>
          </w:tcPr>
          <w:p w14:paraId="0D4828EC" w14:textId="77777777" w:rsidR="005D4E19" w:rsidRDefault="00000000">
            <w:r>
              <w:t>67</w:t>
            </w:r>
          </w:p>
        </w:tc>
        <w:tc>
          <w:tcPr>
            <w:tcW w:w="2508" w:type="dxa"/>
          </w:tcPr>
          <w:p w14:paraId="245693D1" w14:textId="77777777" w:rsidR="00181F75" w:rsidRDefault="00000000">
            <w:r>
              <w:t>Нужна ли вода/канализация</w:t>
            </w:r>
          </w:p>
        </w:tc>
        <w:tc>
          <w:tcPr>
            <w:tcW w:w="3119" w:type="dxa"/>
          </w:tcPr>
          <w:p w14:paraId="2871879A" w14:textId="77777777" w:rsidR="00181F75" w:rsidRDefault="00000000">
            <w:r>
              <w:t>☐ Нет ☐ Да. Для чего: ________</w:t>
            </w:r>
          </w:p>
        </w:tc>
        <w:tc>
          <w:tcPr>
            <w:tcW w:w="3984" w:type="dxa"/>
          </w:tcPr>
          <w:p w14:paraId="266BEE25" w14:textId="77777777" w:rsidR="00181F75" w:rsidRDefault="00181F75"/>
        </w:tc>
      </w:tr>
    </w:tbl>
    <w:p w14:paraId="172F8B38" w14:textId="77777777" w:rsidR="00181F75" w:rsidRDefault="00181F75"/>
    <w:p w14:paraId="15FCA2BC" w14:textId="1A697306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12. Ивент на стенде и сопровождение (обязательный блок)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53"/>
        <w:gridCol w:w="3085"/>
        <w:gridCol w:w="2811"/>
        <w:gridCol w:w="3413"/>
      </w:tblGrid>
      <w:tr w:rsidR="00181F75" w:rsidRPr="002E2D66" w14:paraId="03355B8C" w14:textId="77777777" w:rsidTr="00A338A8">
        <w:tc>
          <w:tcPr>
            <w:tcW w:w="680" w:type="dxa"/>
          </w:tcPr>
          <w:p w14:paraId="17FBD367" w14:textId="77777777" w:rsidR="00181F75" w:rsidRDefault="00000000">
            <w:r>
              <w:t>№</w:t>
            </w:r>
          </w:p>
        </w:tc>
        <w:tc>
          <w:tcPr>
            <w:tcW w:w="2972" w:type="dxa"/>
          </w:tcPr>
          <w:p w14:paraId="32E9C660" w14:textId="77777777" w:rsidR="00181F75" w:rsidRDefault="00000000">
            <w:r>
              <w:t>Вопрос / параметр</w:t>
            </w:r>
          </w:p>
        </w:tc>
        <w:tc>
          <w:tcPr>
            <w:tcW w:w="2835" w:type="dxa"/>
          </w:tcPr>
          <w:p w14:paraId="4D6C0DF1" w14:textId="77777777" w:rsidR="00181F75" w:rsidRDefault="00205F16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3701" w:type="dxa"/>
          </w:tcPr>
          <w:p w14:paraId="455FB1D0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заказчика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666BC161" w14:textId="77777777" w:rsidTr="00A338A8">
        <w:tc>
          <w:tcPr>
            <w:tcW w:w="680" w:type="dxa"/>
          </w:tcPr>
          <w:p w14:paraId="3105BB50" w14:textId="77777777" w:rsidR="005D4E19" w:rsidRDefault="00000000">
            <w:r>
              <w:t>68</w:t>
            </w:r>
          </w:p>
        </w:tc>
        <w:tc>
          <w:tcPr>
            <w:tcW w:w="2972" w:type="dxa"/>
          </w:tcPr>
          <w:p w14:paraId="43EFC16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Планируются ли активности на стенде?</w:t>
            </w:r>
          </w:p>
        </w:tc>
        <w:tc>
          <w:tcPr>
            <w:tcW w:w="2835" w:type="dxa"/>
          </w:tcPr>
          <w:p w14:paraId="5FDB9F5A" w14:textId="77777777" w:rsidR="00181F75" w:rsidRDefault="00000000">
            <w:r>
              <w:t xml:space="preserve">☐ </w:t>
            </w:r>
            <w:proofErr w:type="spellStart"/>
            <w:r>
              <w:t>Нет</w:t>
            </w:r>
            <w:proofErr w:type="spellEnd"/>
            <w:r>
              <w:t xml:space="preserve"> ☐ </w:t>
            </w:r>
            <w:proofErr w:type="spellStart"/>
            <w:r>
              <w:t>Да</w:t>
            </w:r>
            <w:proofErr w:type="spellEnd"/>
            <w:r>
              <w:t xml:space="preserve"> (</w:t>
            </w:r>
            <w:proofErr w:type="spellStart"/>
            <w:r>
              <w:t>описать</w:t>
            </w:r>
            <w:proofErr w:type="spellEnd"/>
            <w:r>
              <w:t>)</w:t>
            </w:r>
          </w:p>
        </w:tc>
        <w:tc>
          <w:tcPr>
            <w:tcW w:w="3701" w:type="dxa"/>
          </w:tcPr>
          <w:p w14:paraId="077D211B" w14:textId="77777777" w:rsidR="00181F75" w:rsidRDefault="00181F75"/>
        </w:tc>
      </w:tr>
      <w:tr w:rsidR="00181F75" w14:paraId="0B26A64E" w14:textId="77777777" w:rsidTr="00A338A8">
        <w:tc>
          <w:tcPr>
            <w:tcW w:w="680" w:type="dxa"/>
          </w:tcPr>
          <w:p w14:paraId="4EE68566" w14:textId="77777777" w:rsidR="005D4E19" w:rsidRDefault="00000000">
            <w:r>
              <w:t>69</w:t>
            </w:r>
          </w:p>
        </w:tc>
        <w:tc>
          <w:tcPr>
            <w:tcW w:w="2972" w:type="dxa"/>
          </w:tcPr>
          <w:p w14:paraId="7C9867C1" w14:textId="77777777" w:rsidR="00181F75" w:rsidRDefault="00000000">
            <w:r>
              <w:t>Форматы активностей</w:t>
            </w:r>
          </w:p>
        </w:tc>
        <w:tc>
          <w:tcPr>
            <w:tcW w:w="2835" w:type="dxa"/>
          </w:tcPr>
          <w:p w14:paraId="7DD13ED0" w14:textId="77777777" w:rsidR="00181F75" w:rsidRDefault="00000000">
            <w:r>
              <w:t>☐ Презентации ☐ МК ☐ Демо-сессии ☐ Розыгрыши ☐ VIP-встречи ☐ Другое</w:t>
            </w:r>
          </w:p>
        </w:tc>
        <w:tc>
          <w:tcPr>
            <w:tcW w:w="3701" w:type="dxa"/>
          </w:tcPr>
          <w:p w14:paraId="5F639A63" w14:textId="77777777" w:rsidR="00181F75" w:rsidRDefault="00181F75"/>
        </w:tc>
      </w:tr>
      <w:tr w:rsidR="00181F75" w:rsidRPr="002E2D66" w14:paraId="4EEEB71A" w14:textId="77777777" w:rsidTr="00A338A8">
        <w:tc>
          <w:tcPr>
            <w:tcW w:w="680" w:type="dxa"/>
          </w:tcPr>
          <w:p w14:paraId="64C6A5BF" w14:textId="77777777" w:rsidR="005D4E19" w:rsidRDefault="00000000">
            <w:r>
              <w:lastRenderedPageBreak/>
              <w:t>70</w:t>
            </w:r>
          </w:p>
        </w:tc>
        <w:tc>
          <w:tcPr>
            <w:tcW w:w="2972" w:type="dxa"/>
          </w:tcPr>
          <w:p w14:paraId="33D17F0F" w14:textId="77777777" w:rsidR="00181F75" w:rsidRDefault="00000000">
            <w:r>
              <w:t>Тайминг/расписание</w:t>
            </w:r>
          </w:p>
        </w:tc>
        <w:tc>
          <w:tcPr>
            <w:tcW w:w="2835" w:type="dxa"/>
          </w:tcPr>
          <w:p w14:paraId="070420CB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 ли сетка по слотам? ☐ Да (приложить) ☐ Нет (сделаем вместе)</w:t>
            </w:r>
          </w:p>
        </w:tc>
        <w:tc>
          <w:tcPr>
            <w:tcW w:w="3701" w:type="dxa"/>
          </w:tcPr>
          <w:p w14:paraId="446AC404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1F6B0ED9" w14:textId="77777777" w:rsidTr="00A338A8">
        <w:tc>
          <w:tcPr>
            <w:tcW w:w="680" w:type="dxa"/>
          </w:tcPr>
          <w:p w14:paraId="36F33EA2" w14:textId="77777777" w:rsidR="005D4E19" w:rsidRDefault="00000000">
            <w:r>
              <w:t>71</w:t>
            </w:r>
          </w:p>
        </w:tc>
        <w:tc>
          <w:tcPr>
            <w:tcW w:w="2972" w:type="dxa"/>
          </w:tcPr>
          <w:p w14:paraId="2CB68CB1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Требования к сцене/звуку/экранам</w:t>
            </w:r>
          </w:p>
        </w:tc>
        <w:tc>
          <w:tcPr>
            <w:tcW w:w="2835" w:type="dxa"/>
          </w:tcPr>
          <w:p w14:paraId="724032D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Что точно нужно, что нельзя по регламенту</w:t>
            </w:r>
          </w:p>
        </w:tc>
        <w:tc>
          <w:tcPr>
            <w:tcW w:w="3701" w:type="dxa"/>
          </w:tcPr>
          <w:p w14:paraId="23EB92CA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16F8FBB6" w14:textId="77777777" w:rsidTr="00A338A8">
        <w:tc>
          <w:tcPr>
            <w:tcW w:w="680" w:type="dxa"/>
          </w:tcPr>
          <w:p w14:paraId="69256EE6" w14:textId="77777777" w:rsidR="005D4E19" w:rsidRDefault="00000000">
            <w:r>
              <w:t>72</w:t>
            </w:r>
          </w:p>
        </w:tc>
        <w:tc>
          <w:tcPr>
            <w:tcW w:w="2972" w:type="dxa"/>
          </w:tcPr>
          <w:p w14:paraId="5C1C661D" w14:textId="77777777" w:rsidR="00181F75" w:rsidRDefault="00000000">
            <w:r>
              <w:t>Персонал на стенде</w:t>
            </w:r>
          </w:p>
        </w:tc>
        <w:tc>
          <w:tcPr>
            <w:tcW w:w="2835" w:type="dxa"/>
          </w:tcPr>
          <w:p w14:paraId="48864A57" w14:textId="77777777" w:rsidR="00181F75" w:rsidRDefault="00000000">
            <w:r>
              <w:t xml:space="preserve">Состав: ☐ </w:t>
            </w:r>
            <w:proofErr w:type="spellStart"/>
            <w:r>
              <w:t>ведущий</w:t>
            </w:r>
            <w:proofErr w:type="spellEnd"/>
            <w:r>
              <w:t xml:space="preserve"> ☐ </w:t>
            </w:r>
            <w:proofErr w:type="spellStart"/>
            <w:r>
              <w:t>координатор</w:t>
            </w:r>
            <w:proofErr w:type="spellEnd"/>
            <w:r>
              <w:t xml:space="preserve"> ☐ </w:t>
            </w:r>
            <w:proofErr w:type="spellStart"/>
            <w:r>
              <w:t>техдир</w:t>
            </w:r>
            <w:proofErr w:type="spellEnd"/>
            <w:r>
              <w:t xml:space="preserve"> ☐ </w:t>
            </w:r>
            <w:proofErr w:type="spellStart"/>
            <w:r>
              <w:t>хостес</w:t>
            </w:r>
            <w:proofErr w:type="spellEnd"/>
            <w:r>
              <w:t xml:space="preserve"> ☐ </w:t>
            </w:r>
            <w:proofErr w:type="spellStart"/>
            <w:r>
              <w:t>промо</w:t>
            </w:r>
            <w:proofErr w:type="spellEnd"/>
            <w:r>
              <w:t xml:space="preserve"> ☐ </w:t>
            </w:r>
            <w:proofErr w:type="spellStart"/>
            <w:r>
              <w:t>другое</w:t>
            </w:r>
            <w:proofErr w:type="spellEnd"/>
          </w:p>
        </w:tc>
        <w:tc>
          <w:tcPr>
            <w:tcW w:w="3701" w:type="dxa"/>
          </w:tcPr>
          <w:p w14:paraId="62DEC358" w14:textId="77777777" w:rsidR="00181F75" w:rsidRDefault="00181F75"/>
        </w:tc>
      </w:tr>
      <w:tr w:rsidR="00181F75" w:rsidRPr="002E2D66" w14:paraId="49F5EC0E" w14:textId="77777777" w:rsidTr="00A338A8">
        <w:tc>
          <w:tcPr>
            <w:tcW w:w="680" w:type="dxa"/>
          </w:tcPr>
          <w:p w14:paraId="68DD2871" w14:textId="77777777" w:rsidR="005D4E19" w:rsidRDefault="00000000">
            <w:r>
              <w:t>73</w:t>
            </w:r>
          </w:p>
        </w:tc>
        <w:tc>
          <w:tcPr>
            <w:tcW w:w="2972" w:type="dxa"/>
          </w:tcPr>
          <w:p w14:paraId="07656127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Нужно ли сопровождение на площадке от подрядчика?</w:t>
            </w:r>
          </w:p>
        </w:tc>
        <w:tc>
          <w:tcPr>
            <w:tcW w:w="2835" w:type="dxa"/>
          </w:tcPr>
          <w:p w14:paraId="574CD06F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☐ Нет ☐ Да: ☐ продюсер/</w:t>
            </w:r>
            <w:r>
              <w:t>PM</w:t>
            </w:r>
            <w:r w:rsidRPr="00B4178D">
              <w:rPr>
                <w:lang w:val="ru-RU"/>
              </w:rPr>
              <w:t xml:space="preserve"> ☐ </w:t>
            </w:r>
            <w:proofErr w:type="spellStart"/>
            <w:r w:rsidRPr="00B4178D">
              <w:rPr>
                <w:lang w:val="ru-RU"/>
              </w:rPr>
              <w:t>техдежурный</w:t>
            </w:r>
            <w:proofErr w:type="spellEnd"/>
            <w:r w:rsidRPr="00B4178D">
              <w:rPr>
                <w:lang w:val="ru-RU"/>
              </w:rPr>
              <w:t xml:space="preserve"> ☐ супервайзер промо</w:t>
            </w:r>
          </w:p>
        </w:tc>
        <w:tc>
          <w:tcPr>
            <w:tcW w:w="3701" w:type="dxa"/>
          </w:tcPr>
          <w:p w14:paraId="38E5262A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614C37D5" w14:textId="77777777" w:rsidTr="00A338A8">
        <w:tc>
          <w:tcPr>
            <w:tcW w:w="680" w:type="dxa"/>
          </w:tcPr>
          <w:p w14:paraId="7A6DA3E8" w14:textId="77777777" w:rsidR="005D4E19" w:rsidRDefault="00000000">
            <w:r>
              <w:t>74</w:t>
            </w:r>
          </w:p>
        </w:tc>
        <w:tc>
          <w:tcPr>
            <w:tcW w:w="2972" w:type="dxa"/>
          </w:tcPr>
          <w:p w14:paraId="5B35FEC7" w14:textId="77777777" w:rsidR="00181F75" w:rsidRDefault="00000000">
            <w:r>
              <w:t>Контент для активностей</w:t>
            </w:r>
          </w:p>
        </w:tc>
        <w:tc>
          <w:tcPr>
            <w:tcW w:w="2835" w:type="dxa"/>
          </w:tcPr>
          <w:p w14:paraId="417C101B" w14:textId="77777777" w:rsidR="00181F75" w:rsidRDefault="00000000">
            <w:r w:rsidRPr="00B4178D">
              <w:rPr>
                <w:lang w:val="ru-RU"/>
              </w:rPr>
              <w:t xml:space="preserve">Кто готовит: ☐ заказчик ☐ подрядчик ☐ совместно.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нужно</w:t>
            </w:r>
            <w:proofErr w:type="spellEnd"/>
            <w:r>
              <w:t>: ________</w:t>
            </w:r>
          </w:p>
        </w:tc>
        <w:tc>
          <w:tcPr>
            <w:tcW w:w="3701" w:type="dxa"/>
          </w:tcPr>
          <w:p w14:paraId="4F82A04B" w14:textId="77777777" w:rsidR="00181F75" w:rsidRDefault="00181F75"/>
        </w:tc>
      </w:tr>
      <w:tr w:rsidR="00181F75" w14:paraId="4451B970" w14:textId="77777777" w:rsidTr="00A338A8">
        <w:tc>
          <w:tcPr>
            <w:tcW w:w="680" w:type="dxa"/>
          </w:tcPr>
          <w:p w14:paraId="4406D75F" w14:textId="77777777" w:rsidR="005D4E19" w:rsidRDefault="00000000">
            <w:r>
              <w:t>75</w:t>
            </w:r>
          </w:p>
        </w:tc>
        <w:tc>
          <w:tcPr>
            <w:tcW w:w="2972" w:type="dxa"/>
          </w:tcPr>
          <w:p w14:paraId="55812E0E" w14:textId="77777777" w:rsidR="00181F75" w:rsidRDefault="00000000">
            <w:r>
              <w:t>Контроль потока/очереди/безопасность</w:t>
            </w:r>
          </w:p>
        </w:tc>
        <w:tc>
          <w:tcPr>
            <w:tcW w:w="2835" w:type="dxa"/>
          </w:tcPr>
          <w:p w14:paraId="57D0A10E" w14:textId="77777777" w:rsidR="00181F75" w:rsidRDefault="00000000">
            <w:r w:rsidRPr="00B4178D">
              <w:rPr>
                <w:lang w:val="ru-RU"/>
              </w:rPr>
              <w:t xml:space="preserve">Ожидаемая плотность: низкая/средняя/высокая. </w:t>
            </w:r>
            <w:proofErr w:type="spellStart"/>
            <w:r>
              <w:t>Нужны</w:t>
            </w:r>
            <w:proofErr w:type="spellEnd"/>
            <w:r>
              <w:t xml:space="preserve"> </w:t>
            </w:r>
            <w:proofErr w:type="spellStart"/>
            <w:r>
              <w:t>ограждения</w:t>
            </w:r>
            <w:proofErr w:type="spellEnd"/>
            <w:r>
              <w:t>?</w:t>
            </w:r>
          </w:p>
        </w:tc>
        <w:tc>
          <w:tcPr>
            <w:tcW w:w="3701" w:type="dxa"/>
          </w:tcPr>
          <w:p w14:paraId="79BF8B58" w14:textId="77777777" w:rsidR="00181F75" w:rsidRDefault="00181F75"/>
        </w:tc>
      </w:tr>
    </w:tbl>
    <w:p w14:paraId="0E43CAF1" w14:textId="77777777" w:rsidR="00181F75" w:rsidRDefault="00181F75"/>
    <w:p w14:paraId="59CD3D71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13. Логистика и режим работы на выставке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87"/>
        <w:gridCol w:w="2840"/>
        <w:gridCol w:w="3189"/>
        <w:gridCol w:w="3346"/>
      </w:tblGrid>
      <w:tr w:rsidR="00181F75" w:rsidRPr="00B4178D" w14:paraId="77188A59" w14:textId="77777777" w:rsidTr="00A338A8">
        <w:tc>
          <w:tcPr>
            <w:tcW w:w="599" w:type="dxa"/>
          </w:tcPr>
          <w:p w14:paraId="31BAF33D" w14:textId="77777777" w:rsidR="00181F75" w:rsidRDefault="00000000">
            <w:r>
              <w:t>№</w:t>
            </w:r>
          </w:p>
        </w:tc>
        <w:tc>
          <w:tcPr>
            <w:tcW w:w="2840" w:type="dxa"/>
          </w:tcPr>
          <w:p w14:paraId="6C12472B" w14:textId="77777777" w:rsidR="00181F75" w:rsidRDefault="00000000">
            <w:r>
              <w:t>Вопрос / параметр</w:t>
            </w:r>
          </w:p>
        </w:tc>
        <w:tc>
          <w:tcPr>
            <w:tcW w:w="3190" w:type="dxa"/>
          </w:tcPr>
          <w:p w14:paraId="14413EED" w14:textId="77777777" w:rsidR="00181F75" w:rsidRDefault="00205F16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3559" w:type="dxa"/>
          </w:tcPr>
          <w:p w14:paraId="2617B8C8" w14:textId="77777777" w:rsidR="00181F75" w:rsidRPr="00B4178D" w:rsidRDefault="00A338A8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0DA741EC" w14:textId="77777777" w:rsidTr="00A338A8">
        <w:tc>
          <w:tcPr>
            <w:tcW w:w="599" w:type="dxa"/>
          </w:tcPr>
          <w:p w14:paraId="0380734B" w14:textId="77777777" w:rsidR="005D4E19" w:rsidRDefault="00000000">
            <w:r>
              <w:t>76</w:t>
            </w:r>
          </w:p>
        </w:tc>
        <w:tc>
          <w:tcPr>
            <w:tcW w:w="2840" w:type="dxa"/>
          </w:tcPr>
          <w:p w14:paraId="71D3BA91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Часы работы выставки и стенда</w:t>
            </w:r>
          </w:p>
        </w:tc>
        <w:tc>
          <w:tcPr>
            <w:tcW w:w="3190" w:type="dxa"/>
          </w:tcPr>
          <w:p w14:paraId="62A940F6" w14:textId="77777777" w:rsidR="00181F75" w:rsidRDefault="00000000">
            <w:proofErr w:type="spellStart"/>
            <w:r>
              <w:t>Если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знаете</w:t>
            </w:r>
            <w:proofErr w:type="spellEnd"/>
            <w:r>
              <w:t xml:space="preserve"> — TBD</w:t>
            </w:r>
          </w:p>
        </w:tc>
        <w:tc>
          <w:tcPr>
            <w:tcW w:w="3559" w:type="dxa"/>
          </w:tcPr>
          <w:p w14:paraId="122E19FA" w14:textId="77777777" w:rsidR="00181F75" w:rsidRDefault="00181F75"/>
        </w:tc>
      </w:tr>
      <w:tr w:rsidR="00181F75" w14:paraId="0B50843E" w14:textId="77777777" w:rsidTr="00A338A8">
        <w:tc>
          <w:tcPr>
            <w:tcW w:w="599" w:type="dxa"/>
          </w:tcPr>
          <w:p w14:paraId="6498B3C1" w14:textId="77777777" w:rsidR="005D4E19" w:rsidRDefault="00000000">
            <w:r>
              <w:t>77</w:t>
            </w:r>
          </w:p>
        </w:tc>
        <w:tc>
          <w:tcPr>
            <w:tcW w:w="2840" w:type="dxa"/>
          </w:tcPr>
          <w:p w14:paraId="5134D5B8" w14:textId="77777777" w:rsidR="00181F75" w:rsidRDefault="00000000">
            <w:r>
              <w:t>Окна заезда/такелажа/монтажа</w:t>
            </w:r>
          </w:p>
        </w:tc>
        <w:tc>
          <w:tcPr>
            <w:tcW w:w="3190" w:type="dxa"/>
          </w:tcPr>
          <w:p w14:paraId="72F7CF2E" w14:textId="77777777" w:rsidR="00181F75" w:rsidRDefault="00000000">
            <w:r>
              <w:t>Дата/время/условия пропусков</w:t>
            </w:r>
          </w:p>
        </w:tc>
        <w:tc>
          <w:tcPr>
            <w:tcW w:w="3559" w:type="dxa"/>
          </w:tcPr>
          <w:p w14:paraId="27D401A9" w14:textId="77777777" w:rsidR="00181F75" w:rsidRDefault="00181F75"/>
        </w:tc>
      </w:tr>
      <w:tr w:rsidR="00181F75" w14:paraId="0D43160A" w14:textId="77777777" w:rsidTr="00A338A8">
        <w:tc>
          <w:tcPr>
            <w:tcW w:w="599" w:type="dxa"/>
          </w:tcPr>
          <w:p w14:paraId="2AEDFBD1" w14:textId="77777777" w:rsidR="005D4E19" w:rsidRDefault="00000000">
            <w:r>
              <w:t>78</w:t>
            </w:r>
          </w:p>
        </w:tc>
        <w:tc>
          <w:tcPr>
            <w:tcW w:w="2840" w:type="dxa"/>
          </w:tcPr>
          <w:p w14:paraId="06E24ABC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Ограничения по доставке/лифту/воротам</w:t>
            </w:r>
          </w:p>
        </w:tc>
        <w:tc>
          <w:tcPr>
            <w:tcW w:w="3190" w:type="dxa"/>
          </w:tcPr>
          <w:p w14:paraId="3259BE8D" w14:textId="77777777" w:rsidR="00181F75" w:rsidRDefault="00000000">
            <w:proofErr w:type="spellStart"/>
            <w:r>
              <w:t>Габариты</w:t>
            </w:r>
            <w:proofErr w:type="spellEnd"/>
            <w:r>
              <w:t xml:space="preserve">, </w:t>
            </w:r>
            <w:proofErr w:type="spellStart"/>
            <w:r>
              <w:t>пропуска</w:t>
            </w:r>
            <w:proofErr w:type="spellEnd"/>
            <w:r>
              <w:t xml:space="preserve">, </w:t>
            </w:r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разгрузки</w:t>
            </w:r>
            <w:proofErr w:type="spellEnd"/>
          </w:p>
        </w:tc>
        <w:tc>
          <w:tcPr>
            <w:tcW w:w="3559" w:type="dxa"/>
          </w:tcPr>
          <w:p w14:paraId="37F0002A" w14:textId="77777777" w:rsidR="00181F75" w:rsidRDefault="00181F75"/>
        </w:tc>
      </w:tr>
      <w:tr w:rsidR="00181F75" w14:paraId="2B7720F5" w14:textId="77777777" w:rsidTr="00A338A8">
        <w:tc>
          <w:tcPr>
            <w:tcW w:w="599" w:type="dxa"/>
          </w:tcPr>
          <w:p w14:paraId="61B13BBF" w14:textId="77777777" w:rsidR="005D4E19" w:rsidRDefault="00000000">
            <w:r>
              <w:t>79</w:t>
            </w:r>
          </w:p>
        </w:tc>
        <w:tc>
          <w:tcPr>
            <w:tcW w:w="2840" w:type="dxa"/>
          </w:tcPr>
          <w:p w14:paraId="674DFE7A" w14:textId="77777777" w:rsidR="00181F75" w:rsidRDefault="00000000">
            <w:r>
              <w:t>Хранение тары/упаковки</w:t>
            </w:r>
          </w:p>
        </w:tc>
        <w:tc>
          <w:tcPr>
            <w:tcW w:w="3190" w:type="dxa"/>
          </w:tcPr>
          <w:p w14:paraId="36288455" w14:textId="77777777" w:rsidR="00181F75" w:rsidRDefault="00000000">
            <w:r>
              <w:t>☐ Нужно ☐ Не нужно ☐ TBD</w:t>
            </w:r>
          </w:p>
        </w:tc>
        <w:tc>
          <w:tcPr>
            <w:tcW w:w="3559" w:type="dxa"/>
          </w:tcPr>
          <w:p w14:paraId="4B698DF1" w14:textId="77777777" w:rsidR="00181F75" w:rsidRDefault="00181F75"/>
        </w:tc>
      </w:tr>
      <w:tr w:rsidR="00181F75" w:rsidRPr="002E2D66" w14:paraId="27EB5ADC" w14:textId="77777777" w:rsidTr="00A338A8">
        <w:trPr>
          <w:trHeight w:val="1695"/>
        </w:trPr>
        <w:tc>
          <w:tcPr>
            <w:tcW w:w="599" w:type="dxa"/>
          </w:tcPr>
          <w:p w14:paraId="143818A5" w14:textId="77777777" w:rsidR="005D4E19" w:rsidRDefault="00000000">
            <w:r>
              <w:t>80</w:t>
            </w:r>
          </w:p>
        </w:tc>
        <w:tc>
          <w:tcPr>
            <w:tcW w:w="2840" w:type="dxa"/>
          </w:tcPr>
          <w:p w14:paraId="471629EA" w14:textId="77777777" w:rsidR="00181F75" w:rsidRDefault="00000000">
            <w:r>
              <w:t>Уборка/сервис/пополнение расходников</w:t>
            </w:r>
          </w:p>
        </w:tc>
        <w:tc>
          <w:tcPr>
            <w:tcW w:w="3190" w:type="dxa"/>
          </w:tcPr>
          <w:p w14:paraId="3852C3C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Кто отвечает: заказчик/подрядчик/площадка</w:t>
            </w:r>
          </w:p>
        </w:tc>
        <w:tc>
          <w:tcPr>
            <w:tcW w:w="3559" w:type="dxa"/>
          </w:tcPr>
          <w:p w14:paraId="5A2DBE53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232EA61E" w14:textId="77777777" w:rsidR="006A3159" w:rsidRDefault="006A3159">
      <w:pPr>
        <w:rPr>
          <w:b/>
          <w:sz w:val="26"/>
          <w:lang w:val="ru-RU"/>
        </w:rPr>
      </w:pPr>
    </w:p>
    <w:p w14:paraId="0208DB74" w14:textId="599E2642" w:rsidR="00181F75" w:rsidRPr="006A3159" w:rsidRDefault="00000000">
      <w:pPr>
        <w:rPr>
          <w:lang w:val="ru-RU"/>
        </w:rPr>
      </w:pPr>
      <w:r w:rsidRPr="006A3159">
        <w:rPr>
          <w:b/>
          <w:sz w:val="26"/>
          <w:lang w:val="ru-RU"/>
        </w:rPr>
        <w:t>Блок 14. Бюджет, комплектация и приоритеты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8"/>
        <w:gridCol w:w="3115"/>
        <w:gridCol w:w="3335"/>
        <w:gridCol w:w="2844"/>
      </w:tblGrid>
      <w:tr w:rsidR="00181F75" w:rsidRPr="00B4178D" w14:paraId="2D44CD58" w14:textId="77777777" w:rsidTr="00A338A8">
        <w:tc>
          <w:tcPr>
            <w:tcW w:w="679" w:type="dxa"/>
          </w:tcPr>
          <w:p w14:paraId="28D7A8F7" w14:textId="77777777" w:rsidR="00181F75" w:rsidRDefault="00000000">
            <w:r>
              <w:t>№</w:t>
            </w:r>
          </w:p>
        </w:tc>
        <w:tc>
          <w:tcPr>
            <w:tcW w:w="3171" w:type="dxa"/>
          </w:tcPr>
          <w:p w14:paraId="7479CB92" w14:textId="77777777" w:rsidR="00181F75" w:rsidRDefault="00000000">
            <w:r>
              <w:t>Вопрос / параметр</w:t>
            </w:r>
          </w:p>
        </w:tc>
        <w:tc>
          <w:tcPr>
            <w:tcW w:w="3397" w:type="dxa"/>
          </w:tcPr>
          <w:p w14:paraId="7F838796" w14:textId="77777777" w:rsidR="00181F75" w:rsidRDefault="00205F16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41" w:type="dxa"/>
          </w:tcPr>
          <w:p w14:paraId="73F586E4" w14:textId="77777777" w:rsidR="00181F75" w:rsidRPr="00B4178D" w:rsidRDefault="00A338A8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493AD360" w14:textId="77777777" w:rsidTr="00A338A8">
        <w:tc>
          <w:tcPr>
            <w:tcW w:w="679" w:type="dxa"/>
          </w:tcPr>
          <w:p w14:paraId="43866DD4" w14:textId="77777777" w:rsidR="005D4E19" w:rsidRDefault="00000000">
            <w:r>
              <w:t>81</w:t>
            </w:r>
          </w:p>
        </w:tc>
        <w:tc>
          <w:tcPr>
            <w:tcW w:w="3171" w:type="dxa"/>
          </w:tcPr>
          <w:p w14:paraId="17303516" w14:textId="77777777" w:rsidR="00181F75" w:rsidRDefault="00000000">
            <w:r>
              <w:t>Ориентир бюджета (вилка)</w:t>
            </w:r>
          </w:p>
        </w:tc>
        <w:tc>
          <w:tcPr>
            <w:tcW w:w="3397" w:type="dxa"/>
          </w:tcPr>
          <w:p w14:paraId="2F714304" w14:textId="35EBD283" w:rsidR="00181F75" w:rsidRPr="00A338A8" w:rsidRDefault="00000000">
            <w:pPr>
              <w:rPr>
                <w:lang w:val="ru-RU"/>
              </w:rPr>
            </w:pPr>
            <w:proofErr w:type="spellStart"/>
            <w:r>
              <w:t>От</w:t>
            </w:r>
            <w:proofErr w:type="spellEnd"/>
            <w:r>
              <w:t xml:space="preserve"> ___</w:t>
            </w:r>
            <w:r w:rsidR="00A338A8">
              <w:rPr>
                <w:lang w:val="ru-RU"/>
              </w:rPr>
              <w:t>_______</w:t>
            </w:r>
            <w:r>
              <w:t xml:space="preserve">_ </w:t>
            </w:r>
            <w:proofErr w:type="spellStart"/>
            <w:r>
              <w:t>до</w:t>
            </w:r>
            <w:proofErr w:type="spellEnd"/>
            <w:r>
              <w:t>_</w:t>
            </w:r>
            <w:r w:rsidR="00A338A8">
              <w:rPr>
                <w:lang w:val="ru-RU"/>
              </w:rPr>
              <w:t>________</w:t>
            </w:r>
            <w:r>
              <w:t>___</w:t>
            </w:r>
          </w:p>
        </w:tc>
        <w:tc>
          <w:tcPr>
            <w:tcW w:w="2941" w:type="dxa"/>
          </w:tcPr>
          <w:p w14:paraId="2724C8DF" w14:textId="77777777" w:rsidR="00181F75" w:rsidRDefault="00181F75"/>
        </w:tc>
      </w:tr>
      <w:tr w:rsidR="00181F75" w14:paraId="0B7AE087" w14:textId="77777777" w:rsidTr="00A338A8">
        <w:tc>
          <w:tcPr>
            <w:tcW w:w="679" w:type="dxa"/>
          </w:tcPr>
          <w:p w14:paraId="70CBE4D6" w14:textId="77777777" w:rsidR="005D4E19" w:rsidRDefault="00000000">
            <w:r>
              <w:t>82</w:t>
            </w:r>
          </w:p>
        </w:tc>
        <w:tc>
          <w:tcPr>
            <w:tcW w:w="3171" w:type="dxa"/>
          </w:tcPr>
          <w:p w14:paraId="5916D336" w14:textId="77777777" w:rsidR="00181F75" w:rsidRDefault="00000000">
            <w:r>
              <w:t>Уровень «премиальности»</w:t>
            </w:r>
          </w:p>
        </w:tc>
        <w:tc>
          <w:tcPr>
            <w:tcW w:w="3397" w:type="dxa"/>
          </w:tcPr>
          <w:p w14:paraId="5BB1A6FE" w14:textId="77777777" w:rsidR="00181F75" w:rsidRDefault="00000000">
            <w:r>
              <w:t>1 ☐ 2 ☐ 3 ☐ 4 ☐ 5 ☐</w:t>
            </w:r>
          </w:p>
        </w:tc>
        <w:tc>
          <w:tcPr>
            <w:tcW w:w="2941" w:type="dxa"/>
          </w:tcPr>
          <w:p w14:paraId="49603916" w14:textId="77777777" w:rsidR="00181F75" w:rsidRDefault="00181F75"/>
        </w:tc>
      </w:tr>
      <w:tr w:rsidR="00181F75" w14:paraId="54315ACF" w14:textId="77777777" w:rsidTr="00A338A8">
        <w:tc>
          <w:tcPr>
            <w:tcW w:w="679" w:type="dxa"/>
          </w:tcPr>
          <w:p w14:paraId="0404653A" w14:textId="77777777" w:rsidR="005D4E19" w:rsidRDefault="00000000">
            <w:r>
              <w:t>83</w:t>
            </w:r>
          </w:p>
        </w:tc>
        <w:tc>
          <w:tcPr>
            <w:tcW w:w="3171" w:type="dxa"/>
          </w:tcPr>
          <w:p w14:paraId="37AC0ECE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Что </w:t>
            </w:r>
            <w:r>
              <w:t>must</w:t>
            </w:r>
            <w:r w:rsidRPr="00B4178D">
              <w:rPr>
                <w:lang w:val="ru-RU"/>
              </w:rPr>
              <w:t>-</w:t>
            </w:r>
            <w:r>
              <w:t>have</w:t>
            </w:r>
            <w:r w:rsidRPr="00B4178D">
              <w:rPr>
                <w:lang w:val="ru-RU"/>
              </w:rPr>
              <w:t xml:space="preserve"> (нельзя убирать)</w:t>
            </w:r>
          </w:p>
        </w:tc>
        <w:tc>
          <w:tcPr>
            <w:tcW w:w="3397" w:type="dxa"/>
          </w:tcPr>
          <w:p w14:paraId="5EC0B92B" w14:textId="77777777" w:rsidR="00181F75" w:rsidRDefault="00000000">
            <w:r>
              <w:t xml:space="preserve">3–7 </w:t>
            </w:r>
            <w:proofErr w:type="spellStart"/>
            <w:r>
              <w:t>пунктов</w:t>
            </w:r>
            <w:proofErr w:type="spellEnd"/>
          </w:p>
        </w:tc>
        <w:tc>
          <w:tcPr>
            <w:tcW w:w="2941" w:type="dxa"/>
          </w:tcPr>
          <w:p w14:paraId="228C99A3" w14:textId="77777777" w:rsidR="00181F75" w:rsidRDefault="00181F75">
            <w:pPr>
              <w:rPr>
                <w:lang w:val="ru-RU"/>
              </w:rPr>
            </w:pPr>
          </w:p>
          <w:p w14:paraId="06EED517" w14:textId="77777777" w:rsidR="00A338A8" w:rsidRDefault="00A338A8">
            <w:pPr>
              <w:rPr>
                <w:lang w:val="ru-RU"/>
              </w:rPr>
            </w:pPr>
          </w:p>
          <w:p w14:paraId="137182CA" w14:textId="77777777" w:rsidR="00A338A8" w:rsidRDefault="00A338A8">
            <w:pPr>
              <w:rPr>
                <w:lang w:val="ru-RU"/>
              </w:rPr>
            </w:pPr>
          </w:p>
          <w:p w14:paraId="04B3320A" w14:textId="77777777" w:rsidR="00A338A8" w:rsidRDefault="00A338A8">
            <w:pPr>
              <w:rPr>
                <w:lang w:val="ru-RU"/>
              </w:rPr>
            </w:pPr>
          </w:p>
          <w:p w14:paraId="69935504" w14:textId="77777777" w:rsidR="00A338A8" w:rsidRPr="00A338A8" w:rsidRDefault="00A338A8">
            <w:pPr>
              <w:rPr>
                <w:lang w:val="ru-RU"/>
              </w:rPr>
            </w:pPr>
          </w:p>
        </w:tc>
      </w:tr>
      <w:tr w:rsidR="00181F75" w14:paraId="33DD4E22" w14:textId="77777777" w:rsidTr="00A338A8">
        <w:tc>
          <w:tcPr>
            <w:tcW w:w="679" w:type="dxa"/>
          </w:tcPr>
          <w:p w14:paraId="0475A7AC" w14:textId="77777777" w:rsidR="005D4E19" w:rsidRDefault="00000000">
            <w:r>
              <w:lastRenderedPageBreak/>
              <w:t>84</w:t>
            </w:r>
          </w:p>
        </w:tc>
        <w:tc>
          <w:tcPr>
            <w:tcW w:w="3171" w:type="dxa"/>
          </w:tcPr>
          <w:p w14:paraId="30AE1740" w14:textId="77777777" w:rsidR="00181F75" w:rsidRDefault="00000000">
            <w:r>
              <w:t>Что nice-to-have (если уложимся)</w:t>
            </w:r>
          </w:p>
        </w:tc>
        <w:tc>
          <w:tcPr>
            <w:tcW w:w="3397" w:type="dxa"/>
          </w:tcPr>
          <w:p w14:paraId="21BEBAB5" w14:textId="77777777" w:rsidR="00181F75" w:rsidRDefault="00000000">
            <w:r>
              <w:t>3–7 пунктов</w:t>
            </w:r>
          </w:p>
        </w:tc>
        <w:tc>
          <w:tcPr>
            <w:tcW w:w="2941" w:type="dxa"/>
          </w:tcPr>
          <w:p w14:paraId="2D0D7E08" w14:textId="77777777" w:rsidR="00181F75" w:rsidRDefault="00181F75">
            <w:pPr>
              <w:rPr>
                <w:lang w:val="ru-RU"/>
              </w:rPr>
            </w:pPr>
          </w:p>
          <w:p w14:paraId="79A8CF4C" w14:textId="77777777" w:rsidR="00A338A8" w:rsidRDefault="00A338A8">
            <w:pPr>
              <w:rPr>
                <w:lang w:val="ru-RU"/>
              </w:rPr>
            </w:pPr>
          </w:p>
          <w:p w14:paraId="5C258102" w14:textId="77777777" w:rsidR="00A338A8" w:rsidRDefault="00A338A8">
            <w:pPr>
              <w:rPr>
                <w:lang w:val="ru-RU"/>
              </w:rPr>
            </w:pPr>
          </w:p>
          <w:p w14:paraId="25D300DF" w14:textId="77777777" w:rsidR="00A338A8" w:rsidRDefault="00A338A8">
            <w:pPr>
              <w:rPr>
                <w:lang w:val="ru-RU"/>
              </w:rPr>
            </w:pPr>
          </w:p>
          <w:p w14:paraId="2AD52801" w14:textId="77777777" w:rsidR="00A338A8" w:rsidRDefault="00A338A8">
            <w:pPr>
              <w:rPr>
                <w:lang w:val="ru-RU"/>
              </w:rPr>
            </w:pPr>
          </w:p>
          <w:p w14:paraId="4E6C82A8" w14:textId="77777777" w:rsidR="00A338A8" w:rsidRPr="00A338A8" w:rsidRDefault="00A338A8">
            <w:pPr>
              <w:rPr>
                <w:lang w:val="ru-RU"/>
              </w:rPr>
            </w:pPr>
          </w:p>
        </w:tc>
      </w:tr>
      <w:tr w:rsidR="00181F75" w:rsidRPr="002E2D66" w14:paraId="221B09E5" w14:textId="77777777" w:rsidTr="00A338A8">
        <w:tc>
          <w:tcPr>
            <w:tcW w:w="679" w:type="dxa"/>
          </w:tcPr>
          <w:p w14:paraId="4C0B45CB" w14:textId="77777777" w:rsidR="005D4E19" w:rsidRDefault="00000000">
            <w:r>
              <w:t>85</w:t>
            </w:r>
          </w:p>
        </w:tc>
        <w:tc>
          <w:tcPr>
            <w:tcW w:w="3171" w:type="dxa"/>
          </w:tcPr>
          <w:p w14:paraId="6781559C" w14:textId="77777777" w:rsidR="00181F75" w:rsidRDefault="00000000">
            <w:r>
              <w:t>Что включено в бюджет?</w:t>
            </w:r>
          </w:p>
        </w:tc>
        <w:tc>
          <w:tcPr>
            <w:tcW w:w="3397" w:type="dxa"/>
          </w:tcPr>
          <w:p w14:paraId="67BE2BD8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☐ застройка ☐ мебель ☐ свет ☐ </w:t>
            </w:r>
            <w:r>
              <w:t>AV</w:t>
            </w:r>
            <w:r w:rsidRPr="00B4178D">
              <w:rPr>
                <w:lang w:val="ru-RU"/>
              </w:rPr>
              <w:t xml:space="preserve"> ☐ печать ☐ логистика ☐ монтаж/демонтаж ☐ персонал</w:t>
            </w:r>
          </w:p>
        </w:tc>
        <w:tc>
          <w:tcPr>
            <w:tcW w:w="2941" w:type="dxa"/>
          </w:tcPr>
          <w:p w14:paraId="05A4E613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0257695E" w14:textId="77777777" w:rsidR="00181F75" w:rsidRPr="00B4178D" w:rsidRDefault="00181F75">
      <w:pPr>
        <w:rPr>
          <w:lang w:val="ru-RU"/>
        </w:rPr>
      </w:pPr>
    </w:p>
    <w:p w14:paraId="6E71E016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15. Сроки и согласования (для планирования проекта)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71"/>
        <w:gridCol w:w="3132"/>
        <w:gridCol w:w="3305"/>
        <w:gridCol w:w="2854"/>
      </w:tblGrid>
      <w:tr w:rsidR="00181F75" w:rsidRPr="00B4178D" w14:paraId="332529BC" w14:textId="77777777">
        <w:tc>
          <w:tcPr>
            <w:tcW w:w="680" w:type="dxa"/>
          </w:tcPr>
          <w:p w14:paraId="21AE9AE4" w14:textId="77777777" w:rsidR="00181F75" w:rsidRDefault="00000000">
            <w:r>
              <w:t>№</w:t>
            </w:r>
          </w:p>
        </w:tc>
        <w:tc>
          <w:tcPr>
            <w:tcW w:w="3175" w:type="dxa"/>
          </w:tcPr>
          <w:p w14:paraId="4278E0CA" w14:textId="77777777" w:rsidR="00181F75" w:rsidRDefault="00000000">
            <w:r>
              <w:t>Вопрос / параметр</w:t>
            </w:r>
          </w:p>
        </w:tc>
        <w:tc>
          <w:tcPr>
            <w:tcW w:w="3402" w:type="dxa"/>
          </w:tcPr>
          <w:p w14:paraId="3254758F" w14:textId="77777777" w:rsidR="00181F75" w:rsidRDefault="00205F16">
            <w:r>
              <w:rPr>
                <w:lang w:val="ru-RU"/>
              </w:rPr>
              <w:t>В</w:t>
            </w:r>
            <w:proofErr w:type="spellStart"/>
            <w:r>
              <w:t>арианты</w:t>
            </w:r>
            <w:proofErr w:type="spellEnd"/>
            <w:r>
              <w:t xml:space="preserve"> </w:t>
            </w:r>
            <w:proofErr w:type="spellStart"/>
            <w:r>
              <w:t>ответа</w:t>
            </w:r>
            <w:proofErr w:type="spellEnd"/>
          </w:p>
        </w:tc>
        <w:tc>
          <w:tcPr>
            <w:tcW w:w="2948" w:type="dxa"/>
          </w:tcPr>
          <w:p w14:paraId="6D2EB00F" w14:textId="77777777" w:rsidR="00181F75" w:rsidRPr="00B4178D" w:rsidRDefault="00A338A8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Ответ (если нет — </w:t>
            </w:r>
            <w:r>
              <w:t>TBD</w:t>
            </w:r>
            <w:r w:rsidRPr="00B4178D">
              <w:rPr>
                <w:lang w:val="ru-RU"/>
              </w:rPr>
              <w:t>)</w:t>
            </w:r>
          </w:p>
        </w:tc>
      </w:tr>
      <w:tr w:rsidR="00181F75" w14:paraId="78BB1100" w14:textId="77777777">
        <w:tc>
          <w:tcPr>
            <w:tcW w:w="680" w:type="dxa"/>
          </w:tcPr>
          <w:p w14:paraId="33BED58F" w14:textId="77777777" w:rsidR="005D4E19" w:rsidRDefault="00000000">
            <w:r>
              <w:t>86</w:t>
            </w:r>
          </w:p>
        </w:tc>
        <w:tc>
          <w:tcPr>
            <w:tcW w:w="3175" w:type="dxa"/>
          </w:tcPr>
          <w:p w14:paraId="3B1394A2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Когда нужно утвердить планировку/концепт</w:t>
            </w:r>
          </w:p>
        </w:tc>
        <w:tc>
          <w:tcPr>
            <w:tcW w:w="3402" w:type="dxa"/>
          </w:tcPr>
          <w:p w14:paraId="7939E1D7" w14:textId="77777777" w:rsidR="00181F75" w:rsidRDefault="00000000">
            <w:proofErr w:type="spellStart"/>
            <w:r>
              <w:t>Дата</w:t>
            </w:r>
            <w:proofErr w:type="spellEnd"/>
            <w:r>
              <w:t>/«</w:t>
            </w:r>
            <w:proofErr w:type="spellStart"/>
            <w:r>
              <w:t>за</w:t>
            </w:r>
            <w:proofErr w:type="spellEnd"/>
            <w:r>
              <w:t xml:space="preserve"> N </w:t>
            </w:r>
            <w:proofErr w:type="spellStart"/>
            <w:r>
              <w:t>недель</w:t>
            </w:r>
            <w:proofErr w:type="spellEnd"/>
            <w:r>
              <w:t>»</w:t>
            </w:r>
          </w:p>
        </w:tc>
        <w:tc>
          <w:tcPr>
            <w:tcW w:w="2948" w:type="dxa"/>
          </w:tcPr>
          <w:p w14:paraId="3C99F0E3" w14:textId="77777777" w:rsidR="00181F75" w:rsidRDefault="00181F75"/>
        </w:tc>
      </w:tr>
      <w:tr w:rsidR="00181F75" w14:paraId="3D0D43FF" w14:textId="77777777">
        <w:tc>
          <w:tcPr>
            <w:tcW w:w="680" w:type="dxa"/>
          </w:tcPr>
          <w:p w14:paraId="3B88135A" w14:textId="77777777" w:rsidR="005D4E19" w:rsidRDefault="00000000">
            <w:r>
              <w:t>87</w:t>
            </w:r>
          </w:p>
        </w:tc>
        <w:tc>
          <w:tcPr>
            <w:tcW w:w="3175" w:type="dxa"/>
          </w:tcPr>
          <w:p w14:paraId="6E5B4254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Когда нужно утвердить дизайн/визуал</w:t>
            </w:r>
          </w:p>
        </w:tc>
        <w:tc>
          <w:tcPr>
            <w:tcW w:w="3402" w:type="dxa"/>
          </w:tcPr>
          <w:p w14:paraId="3E0C7A2A" w14:textId="77777777" w:rsidR="00181F75" w:rsidRDefault="00000000">
            <w:proofErr w:type="spellStart"/>
            <w:r>
              <w:t>Дата</w:t>
            </w:r>
            <w:proofErr w:type="spellEnd"/>
            <w:r>
              <w:t>/«</w:t>
            </w:r>
            <w:proofErr w:type="spellStart"/>
            <w:r>
              <w:t>за</w:t>
            </w:r>
            <w:proofErr w:type="spellEnd"/>
            <w:r>
              <w:t xml:space="preserve"> N </w:t>
            </w:r>
            <w:proofErr w:type="spellStart"/>
            <w:r>
              <w:t>недель</w:t>
            </w:r>
            <w:proofErr w:type="spellEnd"/>
            <w:r>
              <w:t>»</w:t>
            </w:r>
          </w:p>
        </w:tc>
        <w:tc>
          <w:tcPr>
            <w:tcW w:w="2948" w:type="dxa"/>
          </w:tcPr>
          <w:p w14:paraId="7FB77B97" w14:textId="77777777" w:rsidR="00181F75" w:rsidRDefault="00181F75"/>
        </w:tc>
      </w:tr>
      <w:tr w:rsidR="00181F75" w14:paraId="679DB1B1" w14:textId="77777777">
        <w:tc>
          <w:tcPr>
            <w:tcW w:w="680" w:type="dxa"/>
          </w:tcPr>
          <w:p w14:paraId="40F65618" w14:textId="77777777" w:rsidR="005D4E19" w:rsidRDefault="00000000">
            <w:r>
              <w:t>88</w:t>
            </w:r>
          </w:p>
        </w:tc>
        <w:tc>
          <w:tcPr>
            <w:tcW w:w="3175" w:type="dxa"/>
          </w:tcPr>
          <w:p w14:paraId="4551A2FF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Когда должна быть готова рабочая документация (КД)</w:t>
            </w:r>
          </w:p>
        </w:tc>
        <w:tc>
          <w:tcPr>
            <w:tcW w:w="3402" w:type="dxa"/>
          </w:tcPr>
          <w:p w14:paraId="67E6E707" w14:textId="77777777" w:rsidR="00181F75" w:rsidRDefault="00000000">
            <w:proofErr w:type="spellStart"/>
            <w:r>
              <w:t>Дата</w:t>
            </w:r>
            <w:proofErr w:type="spellEnd"/>
            <w:r>
              <w:t>/«</w:t>
            </w:r>
            <w:proofErr w:type="spellStart"/>
            <w:r>
              <w:t>за</w:t>
            </w:r>
            <w:proofErr w:type="spellEnd"/>
            <w:r>
              <w:t xml:space="preserve"> N </w:t>
            </w:r>
            <w:proofErr w:type="spellStart"/>
            <w:r>
              <w:t>недель</w:t>
            </w:r>
            <w:proofErr w:type="spellEnd"/>
            <w:r>
              <w:t>»</w:t>
            </w:r>
          </w:p>
        </w:tc>
        <w:tc>
          <w:tcPr>
            <w:tcW w:w="2948" w:type="dxa"/>
          </w:tcPr>
          <w:p w14:paraId="2039E1F2" w14:textId="77777777" w:rsidR="00181F75" w:rsidRDefault="00181F75"/>
        </w:tc>
      </w:tr>
      <w:tr w:rsidR="00181F75" w14:paraId="6C6BFD06" w14:textId="77777777">
        <w:tc>
          <w:tcPr>
            <w:tcW w:w="680" w:type="dxa"/>
          </w:tcPr>
          <w:p w14:paraId="27B6B6A8" w14:textId="77777777" w:rsidR="005D4E19" w:rsidRDefault="00000000">
            <w:r>
              <w:t>89</w:t>
            </w:r>
          </w:p>
        </w:tc>
        <w:tc>
          <w:tcPr>
            <w:tcW w:w="3175" w:type="dxa"/>
          </w:tcPr>
          <w:p w14:paraId="278A1F54" w14:textId="77777777" w:rsidR="00181F75" w:rsidRDefault="00000000">
            <w:r>
              <w:t>Дедлайн подачи документов организатору</w:t>
            </w:r>
          </w:p>
        </w:tc>
        <w:tc>
          <w:tcPr>
            <w:tcW w:w="3402" w:type="dxa"/>
          </w:tcPr>
          <w:p w14:paraId="78E09A40" w14:textId="77777777" w:rsidR="00181F75" w:rsidRDefault="00000000">
            <w:r>
              <w:t>Дата / TBD</w:t>
            </w:r>
          </w:p>
        </w:tc>
        <w:tc>
          <w:tcPr>
            <w:tcW w:w="2948" w:type="dxa"/>
          </w:tcPr>
          <w:p w14:paraId="5B8A870E" w14:textId="77777777" w:rsidR="00181F75" w:rsidRDefault="00181F75"/>
        </w:tc>
      </w:tr>
      <w:tr w:rsidR="00181F75" w:rsidRPr="002E2D66" w14:paraId="71B392F1" w14:textId="77777777">
        <w:tc>
          <w:tcPr>
            <w:tcW w:w="680" w:type="dxa"/>
          </w:tcPr>
          <w:p w14:paraId="05D6C053" w14:textId="77777777" w:rsidR="005D4E19" w:rsidRDefault="00000000">
            <w:r>
              <w:t>90</w:t>
            </w:r>
          </w:p>
        </w:tc>
        <w:tc>
          <w:tcPr>
            <w:tcW w:w="3175" w:type="dxa"/>
          </w:tcPr>
          <w:p w14:paraId="1A9CEE6C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Кто утверждает </w:t>
            </w:r>
            <w:proofErr w:type="spellStart"/>
            <w:r w:rsidRPr="00B4178D">
              <w:rPr>
                <w:lang w:val="ru-RU"/>
              </w:rPr>
              <w:t>финально</w:t>
            </w:r>
            <w:proofErr w:type="spellEnd"/>
            <w:r w:rsidRPr="00B4178D">
              <w:rPr>
                <w:lang w:val="ru-RU"/>
              </w:rPr>
              <w:t xml:space="preserve"> (ФИО/роль)</w:t>
            </w:r>
          </w:p>
        </w:tc>
        <w:tc>
          <w:tcPr>
            <w:tcW w:w="3402" w:type="dxa"/>
          </w:tcPr>
          <w:p w14:paraId="1173568A" w14:textId="77777777" w:rsidR="00181F75" w:rsidRPr="00B4178D" w:rsidRDefault="00181F75">
            <w:pPr>
              <w:rPr>
                <w:lang w:val="ru-RU"/>
              </w:rPr>
            </w:pPr>
          </w:p>
        </w:tc>
        <w:tc>
          <w:tcPr>
            <w:tcW w:w="2948" w:type="dxa"/>
          </w:tcPr>
          <w:p w14:paraId="10CBB38B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11191147" w14:textId="77777777" w:rsidR="00181F75" w:rsidRPr="00B4178D" w:rsidRDefault="00181F75">
      <w:pPr>
        <w:rPr>
          <w:lang w:val="ru-RU"/>
        </w:rPr>
      </w:pPr>
    </w:p>
    <w:p w14:paraId="09B88FA9" w14:textId="77777777" w:rsidR="00181F75" w:rsidRPr="00B4178D" w:rsidRDefault="00000000">
      <w:pPr>
        <w:rPr>
          <w:lang w:val="ru-RU"/>
        </w:rPr>
      </w:pPr>
      <w:r w:rsidRPr="00B4178D">
        <w:rPr>
          <w:b/>
          <w:sz w:val="26"/>
          <w:lang w:val="ru-RU"/>
        </w:rPr>
        <w:t>Блок 16. Что приложить к брифу (если есть)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69"/>
        <w:gridCol w:w="5980"/>
        <w:gridCol w:w="3313"/>
      </w:tblGrid>
      <w:tr w:rsidR="00181F75" w:rsidRPr="002E2D66" w14:paraId="5FCFEE1E" w14:textId="77777777">
        <w:tc>
          <w:tcPr>
            <w:tcW w:w="680" w:type="dxa"/>
          </w:tcPr>
          <w:p w14:paraId="086C0916" w14:textId="77777777" w:rsidR="00181F75" w:rsidRDefault="00000000">
            <w:r>
              <w:t>№</w:t>
            </w:r>
          </w:p>
        </w:tc>
        <w:tc>
          <w:tcPr>
            <w:tcW w:w="6123" w:type="dxa"/>
          </w:tcPr>
          <w:p w14:paraId="33A5376E" w14:textId="77777777" w:rsidR="00181F75" w:rsidRDefault="00000000">
            <w:r>
              <w:t>Файл/ссылка</w:t>
            </w:r>
          </w:p>
        </w:tc>
        <w:tc>
          <w:tcPr>
            <w:tcW w:w="3402" w:type="dxa"/>
          </w:tcPr>
          <w:p w14:paraId="644C57C4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Есть? (да/нет/</w:t>
            </w:r>
            <w:r>
              <w:t>TBD</w:t>
            </w:r>
            <w:r w:rsidRPr="00B4178D">
              <w:rPr>
                <w:lang w:val="ru-RU"/>
              </w:rPr>
              <w:t>) / комментарий</w:t>
            </w:r>
          </w:p>
        </w:tc>
      </w:tr>
      <w:tr w:rsidR="00181F75" w14:paraId="08D59D18" w14:textId="77777777">
        <w:tc>
          <w:tcPr>
            <w:tcW w:w="680" w:type="dxa"/>
          </w:tcPr>
          <w:p w14:paraId="46EECEAA" w14:textId="77777777" w:rsidR="005D4E19" w:rsidRDefault="00000000">
            <w:r>
              <w:t>91</w:t>
            </w:r>
          </w:p>
        </w:tc>
        <w:tc>
          <w:tcPr>
            <w:tcW w:w="6123" w:type="dxa"/>
          </w:tcPr>
          <w:p w14:paraId="527B1A76" w14:textId="77777777" w:rsidR="00181F75" w:rsidRDefault="00000000">
            <w:r>
              <w:t>Регламент/техтребования организатора</w:t>
            </w:r>
          </w:p>
        </w:tc>
        <w:tc>
          <w:tcPr>
            <w:tcW w:w="3402" w:type="dxa"/>
          </w:tcPr>
          <w:p w14:paraId="57B2FE60" w14:textId="77777777" w:rsidR="00181F75" w:rsidRDefault="00181F75"/>
        </w:tc>
      </w:tr>
      <w:tr w:rsidR="00181F75" w:rsidRPr="002E2D66" w14:paraId="35C3C8FD" w14:textId="77777777">
        <w:tc>
          <w:tcPr>
            <w:tcW w:w="680" w:type="dxa"/>
          </w:tcPr>
          <w:p w14:paraId="05F84AA2" w14:textId="77777777" w:rsidR="005D4E19" w:rsidRDefault="00000000">
            <w:r>
              <w:t>92</w:t>
            </w:r>
          </w:p>
        </w:tc>
        <w:tc>
          <w:tcPr>
            <w:tcW w:w="6123" w:type="dxa"/>
          </w:tcPr>
          <w:p w14:paraId="2153E313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План/паспорт стенда (</w:t>
            </w:r>
            <w:r>
              <w:t>DWG</w:t>
            </w:r>
            <w:r w:rsidRPr="00B4178D">
              <w:rPr>
                <w:lang w:val="ru-RU"/>
              </w:rPr>
              <w:t>/</w:t>
            </w:r>
            <w:r>
              <w:t>PDF</w:t>
            </w:r>
            <w:r w:rsidRPr="00B4178D">
              <w:rPr>
                <w:lang w:val="ru-RU"/>
              </w:rPr>
              <w:t>/</w:t>
            </w:r>
            <w:r>
              <w:t>PNG</w:t>
            </w:r>
            <w:r w:rsidRPr="00B4178D">
              <w:rPr>
                <w:lang w:val="ru-RU"/>
              </w:rPr>
              <w:t>)</w:t>
            </w:r>
          </w:p>
        </w:tc>
        <w:tc>
          <w:tcPr>
            <w:tcW w:w="3402" w:type="dxa"/>
          </w:tcPr>
          <w:p w14:paraId="2A3B088D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3CF75A5A" w14:textId="77777777">
        <w:tc>
          <w:tcPr>
            <w:tcW w:w="680" w:type="dxa"/>
          </w:tcPr>
          <w:p w14:paraId="33025B7E" w14:textId="77777777" w:rsidR="005D4E19" w:rsidRDefault="00000000">
            <w:r>
              <w:t>93</w:t>
            </w:r>
          </w:p>
        </w:tc>
        <w:tc>
          <w:tcPr>
            <w:tcW w:w="6123" w:type="dxa"/>
          </w:tcPr>
          <w:p w14:paraId="7C7CB27B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 xml:space="preserve">Схема </w:t>
            </w:r>
            <w:proofErr w:type="spellStart"/>
            <w:r w:rsidRPr="00B4178D">
              <w:rPr>
                <w:lang w:val="ru-RU"/>
              </w:rPr>
              <w:t>электроточек</w:t>
            </w:r>
            <w:proofErr w:type="spellEnd"/>
            <w:r w:rsidRPr="00B4178D">
              <w:rPr>
                <w:lang w:val="ru-RU"/>
              </w:rPr>
              <w:t>/интернета от площадки (если есть)</w:t>
            </w:r>
          </w:p>
        </w:tc>
        <w:tc>
          <w:tcPr>
            <w:tcW w:w="3402" w:type="dxa"/>
          </w:tcPr>
          <w:p w14:paraId="56D82459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14:paraId="481C8FCA" w14:textId="77777777">
        <w:tc>
          <w:tcPr>
            <w:tcW w:w="680" w:type="dxa"/>
          </w:tcPr>
          <w:p w14:paraId="7851F75F" w14:textId="77777777" w:rsidR="005D4E19" w:rsidRDefault="00000000">
            <w:r>
              <w:t>94</w:t>
            </w:r>
          </w:p>
        </w:tc>
        <w:tc>
          <w:tcPr>
            <w:tcW w:w="6123" w:type="dxa"/>
          </w:tcPr>
          <w:p w14:paraId="7B8BFF0E" w14:textId="77777777" w:rsidR="00181F75" w:rsidRDefault="00000000">
            <w:r>
              <w:t>Брендбук/гайдлайн/логотипы (вектор)</w:t>
            </w:r>
          </w:p>
        </w:tc>
        <w:tc>
          <w:tcPr>
            <w:tcW w:w="3402" w:type="dxa"/>
          </w:tcPr>
          <w:p w14:paraId="44C4AC8E" w14:textId="77777777" w:rsidR="00181F75" w:rsidRDefault="00181F75"/>
        </w:tc>
      </w:tr>
      <w:tr w:rsidR="00181F75" w14:paraId="68CE9287" w14:textId="77777777">
        <w:tc>
          <w:tcPr>
            <w:tcW w:w="680" w:type="dxa"/>
          </w:tcPr>
          <w:p w14:paraId="0AC507CF" w14:textId="77777777" w:rsidR="005D4E19" w:rsidRDefault="00000000">
            <w:r>
              <w:t>95</w:t>
            </w:r>
          </w:p>
        </w:tc>
        <w:tc>
          <w:tcPr>
            <w:tcW w:w="6123" w:type="dxa"/>
          </w:tcPr>
          <w:p w14:paraId="43C9585B" w14:textId="77777777" w:rsidR="00181F75" w:rsidRDefault="00000000">
            <w:r>
              <w:t>Референсы (нравится/не нравится)</w:t>
            </w:r>
          </w:p>
        </w:tc>
        <w:tc>
          <w:tcPr>
            <w:tcW w:w="3402" w:type="dxa"/>
          </w:tcPr>
          <w:p w14:paraId="1E4F71D4" w14:textId="77777777" w:rsidR="00181F75" w:rsidRDefault="00181F75"/>
        </w:tc>
      </w:tr>
      <w:tr w:rsidR="00181F75" w:rsidRPr="002E2D66" w14:paraId="08B75EC6" w14:textId="77777777">
        <w:tc>
          <w:tcPr>
            <w:tcW w:w="680" w:type="dxa"/>
          </w:tcPr>
          <w:p w14:paraId="57D82DF1" w14:textId="77777777" w:rsidR="005D4E19" w:rsidRDefault="00000000">
            <w:r>
              <w:t>96</w:t>
            </w:r>
          </w:p>
        </w:tc>
        <w:tc>
          <w:tcPr>
            <w:tcW w:w="6123" w:type="dxa"/>
          </w:tcPr>
          <w:p w14:paraId="1B675BC8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Список экспонатов + фото + габариты/вес</w:t>
            </w:r>
          </w:p>
        </w:tc>
        <w:tc>
          <w:tcPr>
            <w:tcW w:w="3402" w:type="dxa"/>
          </w:tcPr>
          <w:p w14:paraId="6738CA57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5284195C" w14:textId="77777777">
        <w:tc>
          <w:tcPr>
            <w:tcW w:w="680" w:type="dxa"/>
          </w:tcPr>
          <w:p w14:paraId="7DBB8C5F" w14:textId="77777777" w:rsidR="005D4E19" w:rsidRDefault="00000000">
            <w:r>
              <w:t>97</w:t>
            </w:r>
          </w:p>
        </w:tc>
        <w:tc>
          <w:tcPr>
            <w:tcW w:w="6123" w:type="dxa"/>
          </w:tcPr>
          <w:p w14:paraId="1F050C6E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Контент для экранов (презентации/ролики/тексты)</w:t>
            </w:r>
          </w:p>
        </w:tc>
        <w:tc>
          <w:tcPr>
            <w:tcW w:w="3402" w:type="dxa"/>
          </w:tcPr>
          <w:p w14:paraId="1FBA8B70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71954BB0" w14:textId="77777777">
        <w:tc>
          <w:tcPr>
            <w:tcW w:w="680" w:type="dxa"/>
          </w:tcPr>
          <w:p w14:paraId="30CDB7D0" w14:textId="77777777" w:rsidR="005D4E19" w:rsidRDefault="00000000">
            <w:r>
              <w:t>98</w:t>
            </w:r>
          </w:p>
        </w:tc>
        <w:tc>
          <w:tcPr>
            <w:tcW w:w="6123" w:type="dxa"/>
          </w:tcPr>
          <w:p w14:paraId="5F1174C9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План активностей/расписание (если есть)</w:t>
            </w:r>
          </w:p>
        </w:tc>
        <w:tc>
          <w:tcPr>
            <w:tcW w:w="3402" w:type="dxa"/>
          </w:tcPr>
          <w:p w14:paraId="3BBA3523" w14:textId="77777777" w:rsidR="00181F75" w:rsidRPr="00B4178D" w:rsidRDefault="00181F75">
            <w:pPr>
              <w:rPr>
                <w:lang w:val="ru-RU"/>
              </w:rPr>
            </w:pPr>
          </w:p>
        </w:tc>
      </w:tr>
      <w:tr w:rsidR="00181F75" w:rsidRPr="002E2D66" w14:paraId="5F155441" w14:textId="77777777">
        <w:tc>
          <w:tcPr>
            <w:tcW w:w="680" w:type="dxa"/>
          </w:tcPr>
          <w:p w14:paraId="0785A630" w14:textId="77777777" w:rsidR="005D4E19" w:rsidRDefault="00000000">
            <w:r>
              <w:t>99</w:t>
            </w:r>
          </w:p>
        </w:tc>
        <w:tc>
          <w:tcPr>
            <w:tcW w:w="6123" w:type="dxa"/>
          </w:tcPr>
          <w:p w14:paraId="2D452DAB" w14:textId="77777777" w:rsidR="00181F75" w:rsidRPr="00B4178D" w:rsidRDefault="00000000">
            <w:pPr>
              <w:rPr>
                <w:lang w:val="ru-RU"/>
              </w:rPr>
            </w:pPr>
            <w:r w:rsidRPr="00B4178D">
              <w:rPr>
                <w:lang w:val="ru-RU"/>
              </w:rPr>
              <w:t>Требования службы безопасности/пожарки (если выдавались)</w:t>
            </w:r>
          </w:p>
        </w:tc>
        <w:tc>
          <w:tcPr>
            <w:tcW w:w="3402" w:type="dxa"/>
          </w:tcPr>
          <w:p w14:paraId="51F5D5BB" w14:textId="77777777" w:rsidR="00181F75" w:rsidRPr="00B4178D" w:rsidRDefault="00181F75">
            <w:pPr>
              <w:rPr>
                <w:lang w:val="ru-RU"/>
              </w:rPr>
            </w:pPr>
          </w:p>
        </w:tc>
      </w:tr>
    </w:tbl>
    <w:p w14:paraId="504E1BFA" w14:textId="77777777" w:rsidR="00181F75" w:rsidRPr="00B4178D" w:rsidRDefault="00181F75">
      <w:pPr>
        <w:rPr>
          <w:lang w:val="ru-RU"/>
        </w:rPr>
      </w:pPr>
    </w:p>
    <w:p w14:paraId="5F9421E8" w14:textId="6B3A8F91" w:rsidR="00181F75" w:rsidRPr="00B4178D" w:rsidRDefault="00000000">
      <w:pPr>
        <w:rPr>
          <w:lang w:val="ru-RU"/>
        </w:rPr>
      </w:pPr>
      <w:r w:rsidRPr="00B4178D">
        <w:rPr>
          <w:i/>
          <w:lang w:val="ru-RU"/>
        </w:rPr>
        <w:t>После заполнения брифа мы: сверяем регламент, рисуем план зонирования и поток, предлагаем</w:t>
      </w:r>
      <w:r w:rsidR="006A3159">
        <w:rPr>
          <w:i/>
          <w:lang w:val="ru-RU"/>
        </w:rPr>
        <w:t xml:space="preserve"> </w:t>
      </w:r>
      <w:r w:rsidRPr="00B4178D">
        <w:rPr>
          <w:i/>
          <w:lang w:val="ru-RU"/>
        </w:rPr>
        <w:t>концепции, считаем смету по комплектациям и готовим КД/пакет на согласование организатору.</w:t>
      </w:r>
    </w:p>
    <w:sectPr w:rsidR="00181F75" w:rsidRPr="00B4178D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6341901">
    <w:abstractNumId w:val="8"/>
  </w:num>
  <w:num w:numId="2" w16cid:durableId="334505362">
    <w:abstractNumId w:val="6"/>
  </w:num>
  <w:num w:numId="3" w16cid:durableId="275262303">
    <w:abstractNumId w:val="5"/>
  </w:num>
  <w:num w:numId="4" w16cid:durableId="1703551598">
    <w:abstractNumId w:val="4"/>
  </w:num>
  <w:num w:numId="5" w16cid:durableId="1663005013">
    <w:abstractNumId w:val="7"/>
  </w:num>
  <w:num w:numId="6" w16cid:durableId="1007826789">
    <w:abstractNumId w:val="3"/>
  </w:num>
  <w:num w:numId="7" w16cid:durableId="803884877">
    <w:abstractNumId w:val="2"/>
  </w:num>
  <w:num w:numId="8" w16cid:durableId="780223746">
    <w:abstractNumId w:val="1"/>
  </w:num>
  <w:num w:numId="9" w16cid:durableId="194461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1F75"/>
    <w:rsid w:val="00205F16"/>
    <w:rsid w:val="0029639D"/>
    <w:rsid w:val="002E2D66"/>
    <w:rsid w:val="00326F90"/>
    <w:rsid w:val="00495DF0"/>
    <w:rsid w:val="00532F72"/>
    <w:rsid w:val="005D4E19"/>
    <w:rsid w:val="006A3159"/>
    <w:rsid w:val="00763145"/>
    <w:rsid w:val="009868EB"/>
    <w:rsid w:val="00A338A8"/>
    <w:rsid w:val="00AA1D8D"/>
    <w:rsid w:val="00B4178D"/>
    <w:rsid w:val="00B47730"/>
    <w:rsid w:val="00BE5EC8"/>
    <w:rsid w:val="00CB0664"/>
    <w:rsid w:val="00FC693F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7863BE"/>
  <w14:defaultImageDpi w14:val="300"/>
  <w15:docId w15:val="{98F82C75-14E3-4BD7-A97C-C79C7F33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1331</Words>
  <Characters>7592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4</cp:revision>
  <dcterms:created xsi:type="dcterms:W3CDTF">2026-02-24T09:01:00Z</dcterms:created>
  <dcterms:modified xsi:type="dcterms:W3CDTF">2026-02-24T14:46:00Z</dcterms:modified>
  <cp:category/>
</cp:coreProperties>
</file>